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D48C4" w:rsidRPr="006D48C4" w:rsidTr="00ED500B">
        <w:trPr>
          <w:cantSplit/>
          <w:trHeight w:val="510"/>
        </w:trPr>
        <w:tc>
          <w:tcPr>
            <w:tcW w:w="1606" w:type="dxa"/>
            <w:vMerge w:val="restart"/>
            <w:vAlign w:val="center"/>
          </w:tcPr>
          <w:p w:rsidR="006D48C4" w:rsidRPr="006D48C4" w:rsidRDefault="006D48C4" w:rsidP="006D48C4">
            <w:pPr>
              <w:keepNext/>
              <w:jc w:val="center"/>
              <w:rPr>
                <w:i/>
                <w:color w:val="595959"/>
              </w:rPr>
            </w:pPr>
            <w:r w:rsidRPr="006D48C4">
              <w:rPr>
                <w:rFonts w:asciiTheme="majorHAnsi" w:hAnsiTheme="majorHAnsi"/>
                <w:noProof/>
                <w:lang w:val="ro-RO" w:eastAsia="ro-RO"/>
              </w:rPr>
              <w:drawing>
                <wp:inline distT="0" distB="0" distL="0" distR="0" wp14:anchorId="370BAA76" wp14:editId="55973F3E">
                  <wp:extent cx="904875" cy="1181100"/>
                  <wp:effectExtent l="19050" t="0" r="9525" b="0"/>
                  <wp:docPr id="1" name="Picture 3" descr="ROU_BT_Manoleasa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_BT_Manoleasa_CoA"/>
                          <pic:cNvPicPr>
                            <a:picLocks noChangeAspect="1" noChangeArrowheads="1"/>
                          </pic:cNvPicPr>
                        </pic:nvPicPr>
                        <pic:blipFill>
                          <a:blip r:embed="rId8" cstate="print"/>
                          <a:srcRect/>
                          <a:stretch>
                            <a:fillRect/>
                          </a:stretch>
                        </pic:blipFill>
                        <pic:spPr bwMode="auto">
                          <a:xfrm>
                            <a:off x="0" y="0"/>
                            <a:ext cx="904875" cy="1181100"/>
                          </a:xfrm>
                          <a:prstGeom prst="rect">
                            <a:avLst/>
                          </a:prstGeom>
                          <a:noFill/>
                          <a:ln w="9525">
                            <a:noFill/>
                            <a:miter lim="800000"/>
                            <a:headEnd/>
                            <a:tailEnd/>
                          </a:ln>
                        </pic:spPr>
                      </pic:pic>
                    </a:graphicData>
                  </a:graphic>
                </wp:inline>
              </w:drawing>
            </w:r>
          </w:p>
          <w:p w:rsidR="006D48C4" w:rsidRPr="006D48C4" w:rsidRDefault="006D48C4" w:rsidP="006D48C4">
            <w:pPr>
              <w:keepNext/>
              <w:jc w:val="center"/>
            </w:pPr>
          </w:p>
        </w:tc>
        <w:tc>
          <w:tcPr>
            <w:tcW w:w="8030" w:type="dxa"/>
            <w:gridSpan w:val="3"/>
            <w:shd w:val="clear" w:color="auto" w:fill="F0F0F0"/>
          </w:tcPr>
          <w:p w:rsidR="006D48C4" w:rsidRPr="006D48C4" w:rsidRDefault="006D48C4" w:rsidP="006D48C4">
            <w:pPr>
              <w:keepNext/>
            </w:pPr>
            <w:proofErr w:type="spellStart"/>
            <w:r w:rsidRPr="006D48C4">
              <w:rPr>
                <w:b/>
              </w:rPr>
              <w:t>Județul</w:t>
            </w:r>
            <w:proofErr w:type="spellEnd"/>
            <w:r w:rsidRPr="006D48C4">
              <w:rPr>
                <w:b/>
              </w:rPr>
              <w:t xml:space="preserve">   </w:t>
            </w:r>
            <w:proofErr w:type="spellStart"/>
            <w:r w:rsidRPr="006D48C4">
              <w:rPr>
                <w:b/>
              </w:rPr>
              <w:t>Botoșani</w:t>
            </w:r>
            <w:proofErr w:type="spellEnd"/>
          </w:p>
          <w:p w:rsidR="006D48C4" w:rsidRPr="006D48C4" w:rsidRDefault="006D48C4" w:rsidP="006D48C4">
            <w:pPr>
              <w:keepNext/>
            </w:pPr>
          </w:p>
        </w:tc>
      </w:tr>
      <w:tr w:rsidR="006D48C4" w:rsidRPr="006D48C4" w:rsidTr="00ED500B">
        <w:trPr>
          <w:cantSplit/>
          <w:trHeight w:val="510"/>
        </w:trPr>
        <w:tc>
          <w:tcPr>
            <w:tcW w:w="1606" w:type="dxa"/>
            <w:vMerge/>
          </w:tcPr>
          <w:p w:rsidR="006D48C4" w:rsidRPr="006D48C4" w:rsidRDefault="006D48C4" w:rsidP="006D48C4"/>
        </w:tc>
        <w:tc>
          <w:tcPr>
            <w:tcW w:w="8030" w:type="dxa"/>
            <w:gridSpan w:val="3"/>
            <w:shd w:val="clear" w:color="auto" w:fill="F0F0F0"/>
          </w:tcPr>
          <w:p w:rsidR="006D48C4" w:rsidRPr="006D48C4" w:rsidRDefault="006D48C4" w:rsidP="006D48C4">
            <w:pPr>
              <w:keepNext/>
            </w:pPr>
            <w:proofErr w:type="spellStart"/>
            <w:r w:rsidRPr="006D48C4">
              <w:rPr>
                <w:b/>
              </w:rPr>
              <w:t>Primăria</w:t>
            </w:r>
            <w:proofErr w:type="spellEnd"/>
            <w:r w:rsidRPr="006D48C4">
              <w:rPr>
                <w:b/>
              </w:rPr>
              <w:t xml:space="preserve"> </w:t>
            </w:r>
            <w:proofErr w:type="spellStart"/>
            <w:r w:rsidRPr="006D48C4">
              <w:rPr>
                <w:b/>
              </w:rPr>
              <w:t>Manoleasa</w:t>
            </w:r>
            <w:proofErr w:type="spellEnd"/>
          </w:p>
          <w:p w:rsidR="006D48C4" w:rsidRPr="006D48C4" w:rsidRDefault="006D48C4" w:rsidP="006D48C4">
            <w:pPr>
              <w:keepNext/>
            </w:pPr>
          </w:p>
        </w:tc>
      </w:tr>
      <w:tr w:rsidR="006D48C4" w:rsidRPr="006D48C4" w:rsidTr="00ED500B">
        <w:trPr>
          <w:cantSplit/>
          <w:trHeight w:val="510"/>
        </w:trPr>
        <w:tc>
          <w:tcPr>
            <w:tcW w:w="1606" w:type="dxa"/>
            <w:vMerge/>
          </w:tcPr>
          <w:p w:rsidR="006D48C4" w:rsidRPr="006D48C4" w:rsidRDefault="006D48C4" w:rsidP="006D48C4"/>
        </w:tc>
        <w:tc>
          <w:tcPr>
            <w:tcW w:w="2409" w:type="dxa"/>
            <w:shd w:val="clear" w:color="auto" w:fill="F0F0F0"/>
          </w:tcPr>
          <w:p w:rsidR="006D48C4" w:rsidRPr="006D48C4" w:rsidRDefault="006D48C4" w:rsidP="006D48C4">
            <w:pPr>
              <w:keepNext/>
              <w:rPr>
                <w:lang w:val="fr-FR"/>
              </w:rPr>
            </w:pPr>
            <w:r w:rsidRPr="006D48C4">
              <w:rPr>
                <w:b/>
                <w:lang w:val="fr-FR"/>
              </w:rPr>
              <w:t xml:space="preserve">Cod </w:t>
            </w:r>
            <w:proofErr w:type="gramStart"/>
            <w:r w:rsidRPr="006D48C4">
              <w:rPr>
                <w:b/>
                <w:lang w:val="fr-FR"/>
              </w:rPr>
              <w:t xml:space="preserve">de </w:t>
            </w:r>
            <w:proofErr w:type="spellStart"/>
            <w:r w:rsidRPr="006D48C4">
              <w:rPr>
                <w:b/>
                <w:lang w:val="fr-FR"/>
              </w:rPr>
              <w:t>identificare</w:t>
            </w:r>
            <w:proofErr w:type="spellEnd"/>
            <w:proofErr w:type="gramEnd"/>
            <w:r w:rsidRPr="006D48C4">
              <w:rPr>
                <w:b/>
                <w:lang w:val="fr-FR"/>
              </w:rPr>
              <w:t xml:space="preserve"> </w:t>
            </w:r>
            <w:proofErr w:type="spellStart"/>
            <w:r w:rsidRPr="006D48C4">
              <w:rPr>
                <w:b/>
                <w:lang w:val="fr-FR"/>
              </w:rPr>
              <w:t>fiscală</w:t>
            </w:r>
            <w:proofErr w:type="spellEnd"/>
            <w:r w:rsidRPr="006D48C4">
              <w:rPr>
                <w:b/>
                <w:lang w:val="fr-FR"/>
              </w:rPr>
              <w:t xml:space="preserve"> (CIF)</w:t>
            </w:r>
          </w:p>
          <w:p w:rsidR="006D48C4" w:rsidRPr="006D48C4" w:rsidRDefault="006D48C4" w:rsidP="006D48C4">
            <w:pPr>
              <w:keepNext/>
              <w:rPr>
                <w:lang w:val="fr-FR"/>
              </w:rPr>
            </w:pPr>
            <w:r w:rsidRPr="006D48C4">
              <w:rPr>
                <w:b/>
                <w:lang w:val="it-IT"/>
              </w:rPr>
              <w:t>3643906</w:t>
            </w:r>
          </w:p>
        </w:tc>
        <w:tc>
          <w:tcPr>
            <w:tcW w:w="5621" w:type="dxa"/>
            <w:gridSpan w:val="2"/>
            <w:shd w:val="clear" w:color="auto" w:fill="F0F0F0"/>
          </w:tcPr>
          <w:p w:rsidR="006D48C4" w:rsidRPr="006D48C4" w:rsidRDefault="006D48C4" w:rsidP="006D48C4">
            <w:pPr>
              <w:keepNext/>
              <w:rPr>
                <w:b/>
                <w:lang w:val="pt-PT"/>
              </w:rPr>
            </w:pPr>
            <w:r w:rsidRPr="006D48C4">
              <w:rPr>
                <w:b/>
                <w:lang w:val="pt-PT"/>
              </w:rPr>
              <w:t>Adresa: Strada Principal</w:t>
            </w:r>
            <w:r w:rsidRPr="006D48C4">
              <w:rPr>
                <w:b/>
                <w:lang w:val="ro-RO"/>
              </w:rPr>
              <w:t>ă</w:t>
            </w:r>
            <w:r w:rsidRPr="006D48C4">
              <w:rPr>
                <w:b/>
                <w:lang w:val="pt-PT"/>
              </w:rPr>
              <w:t>, Nr. 37, Cod poștal 717230</w:t>
            </w:r>
          </w:p>
          <w:p w:rsidR="006D48C4" w:rsidRPr="006D48C4" w:rsidRDefault="006D48C4" w:rsidP="006D48C4">
            <w:pPr>
              <w:keepNext/>
              <w:rPr>
                <w:b/>
                <w:lang w:val="it-IT"/>
              </w:rPr>
            </w:pPr>
            <w:r w:rsidRPr="006D48C4">
              <w:rPr>
                <w:b/>
                <w:lang w:val="it-IT"/>
              </w:rPr>
              <w:t xml:space="preserve">Telefon: </w:t>
            </w:r>
            <w:r w:rsidRPr="006D48C4">
              <w:rPr>
                <w:rFonts w:cs="Times New Roman"/>
                <w:b/>
                <w:lang w:eastAsia="ro-RO"/>
              </w:rPr>
              <w:t xml:space="preserve">0231-560101 / </w:t>
            </w:r>
            <w:r w:rsidRPr="006D48C4">
              <w:rPr>
                <w:b/>
                <w:lang w:val="it-IT"/>
              </w:rPr>
              <w:t xml:space="preserve"> </w:t>
            </w:r>
            <w:r w:rsidRPr="006D48C4">
              <w:rPr>
                <w:rFonts w:cs="Times New Roman"/>
                <w:b/>
                <w:lang w:eastAsia="ro-RO"/>
              </w:rPr>
              <w:t>0231-560222</w:t>
            </w:r>
          </w:p>
          <w:p w:rsidR="006D48C4" w:rsidRPr="006D48C4" w:rsidRDefault="006D48C4" w:rsidP="006D48C4">
            <w:pPr>
              <w:keepNext/>
              <w:rPr>
                <w:b/>
                <w:lang w:val="it-IT"/>
              </w:rPr>
            </w:pPr>
            <w:r w:rsidRPr="006D48C4">
              <w:rPr>
                <w:b/>
                <w:lang w:val="it-IT"/>
              </w:rPr>
              <w:t xml:space="preserve">E-mail: </w:t>
            </w:r>
            <w:r w:rsidRPr="006D48C4">
              <w:rPr>
                <w:rFonts w:cs="Times New Roman"/>
                <w:lang w:eastAsia="ro-RO"/>
              </w:rPr>
              <w:t xml:space="preserve">: </w:t>
            </w:r>
            <w:hyperlink r:id="rId9" w:history="1">
              <w:r w:rsidRPr="006D48C4">
                <w:rPr>
                  <w:rFonts w:cs="Times New Roman"/>
                  <w:b/>
                </w:rPr>
                <w:t>primaria_manoleasa@yahoo.com</w:t>
              </w:r>
            </w:hyperlink>
          </w:p>
          <w:p w:rsidR="006D48C4" w:rsidRPr="006D48C4" w:rsidRDefault="006D48C4" w:rsidP="006D48C4">
            <w:pPr>
              <w:keepNext/>
              <w:rPr>
                <w:b/>
              </w:rPr>
            </w:pPr>
            <w:r w:rsidRPr="006D48C4">
              <w:rPr>
                <w:rFonts w:cs="Times New Roman"/>
                <w:b/>
                <w:lang w:eastAsia="ro-RO"/>
              </w:rPr>
              <w:t xml:space="preserve">internet: </w:t>
            </w:r>
            <w:hyperlink r:id="rId10" w:history="1">
              <w:r w:rsidRPr="006D48C4">
                <w:rPr>
                  <w:rFonts w:cs="Times New Roman"/>
                  <w:b/>
                </w:rPr>
                <w:t>http://www.comunamanoleasa.ro</w:t>
              </w:r>
            </w:hyperlink>
          </w:p>
        </w:tc>
      </w:tr>
      <w:tr w:rsidR="006D48C4" w:rsidRPr="006D48C4" w:rsidTr="00ED500B">
        <w:trPr>
          <w:cantSplit/>
          <w:trHeight w:val="510"/>
        </w:trPr>
        <w:tc>
          <w:tcPr>
            <w:tcW w:w="1606" w:type="dxa"/>
            <w:vMerge/>
          </w:tcPr>
          <w:p w:rsidR="006D48C4" w:rsidRPr="006D48C4" w:rsidRDefault="006D48C4" w:rsidP="006D48C4"/>
        </w:tc>
        <w:tc>
          <w:tcPr>
            <w:tcW w:w="4818" w:type="dxa"/>
            <w:gridSpan w:val="2"/>
            <w:shd w:val="clear" w:color="auto" w:fill="F0F0F0"/>
          </w:tcPr>
          <w:p w:rsidR="006D48C4" w:rsidRPr="006D48C4" w:rsidRDefault="006D48C4" w:rsidP="006D48C4">
            <w:pPr>
              <w:keepNext/>
            </w:pPr>
            <w:proofErr w:type="spellStart"/>
            <w:r w:rsidRPr="006D48C4">
              <w:rPr>
                <w:b/>
              </w:rPr>
              <w:t>Număr</w:t>
            </w:r>
            <w:proofErr w:type="spellEnd"/>
            <w:r w:rsidRPr="006D48C4">
              <w:rPr>
                <w:b/>
              </w:rPr>
              <w:t xml:space="preserve"> de </w:t>
            </w:r>
            <w:proofErr w:type="spellStart"/>
            <w:r w:rsidRPr="006D48C4">
              <w:rPr>
                <w:b/>
              </w:rPr>
              <w:t>înregistrare</w:t>
            </w:r>
            <w:proofErr w:type="spellEnd"/>
          </w:p>
          <w:p w:rsidR="006D48C4" w:rsidRPr="006D48C4" w:rsidRDefault="006D48C4" w:rsidP="006D48C4">
            <w:pPr>
              <w:keepNext/>
            </w:pPr>
          </w:p>
        </w:tc>
        <w:tc>
          <w:tcPr>
            <w:tcW w:w="3212" w:type="dxa"/>
            <w:shd w:val="clear" w:color="auto" w:fill="F0F0F0"/>
          </w:tcPr>
          <w:p w:rsidR="006D48C4" w:rsidRPr="006D48C4" w:rsidRDefault="006D48C4" w:rsidP="006D48C4">
            <w:pPr>
              <w:keepNext/>
            </w:pPr>
            <w:r w:rsidRPr="006D48C4">
              <w:rPr>
                <w:b/>
              </w:rPr>
              <w:t>Data</w:t>
            </w:r>
          </w:p>
          <w:p w:rsidR="006D48C4" w:rsidRPr="006D48C4" w:rsidRDefault="006D48C4" w:rsidP="006D48C4">
            <w:pPr>
              <w:keepNext/>
            </w:pPr>
          </w:p>
        </w:tc>
      </w:tr>
    </w:tbl>
    <w:p w:rsidR="0092490D" w:rsidRPr="00990104" w:rsidRDefault="0092490D">
      <w:pPr>
        <w:spacing w:line="168" w:lineRule="auto"/>
        <w:rPr>
          <w:lang w:val="fr-FR"/>
        </w:rPr>
      </w:pPr>
      <w:bookmarkStart w:id="0" w:name="_GoBack"/>
      <w:bookmarkEnd w:id="0"/>
    </w:p>
    <w:p w:rsidR="0092490D" w:rsidRPr="00EC2169" w:rsidRDefault="008D3852">
      <w:pPr>
        <w:spacing w:before="140" w:after="40"/>
        <w:jc w:val="center"/>
        <w:rPr>
          <w:sz w:val="28"/>
          <w:szCs w:val="28"/>
        </w:rPr>
      </w:pPr>
      <w:r w:rsidRPr="00EC2169">
        <w:rPr>
          <w:b/>
          <w:sz w:val="28"/>
          <w:szCs w:val="28"/>
        </w:rPr>
        <w:t>CERERE</w:t>
      </w:r>
    </w:p>
    <w:p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trPr>
          <w:cantSplit/>
        </w:trPr>
        <w:tc>
          <w:tcPr>
            <w:tcW w:w="9636" w:type="dxa"/>
            <w:shd w:val="clear" w:color="auto" w:fill="F4F4F4"/>
          </w:tcPr>
          <w:p w:rsidR="0092490D" w:rsidRDefault="008D3852">
            <w:pPr>
              <w:keepNext/>
            </w:pPr>
            <w:r>
              <w:rPr>
                <w:b/>
                <w:sz w:val="16"/>
              </w:rPr>
              <w:t xml:space="preserve"> 1. </w:t>
            </w:r>
            <w:r>
              <w:rPr>
                <w:b/>
                <w:color w:val="000000"/>
                <w:sz w:val="18"/>
              </w:rPr>
              <w:t>CĂTRE</w:t>
            </w:r>
          </w:p>
        </w:tc>
      </w:tr>
      <w:tr w:rsidR="0092490D" w:rsidRPr="00975330">
        <w:trPr>
          <w:cantSplit/>
          <w:trHeight w:val="510"/>
        </w:trPr>
        <w:tc>
          <w:tcPr>
            <w:tcW w:w="9636" w:type="dxa"/>
          </w:tcPr>
          <w:p w:rsidR="0092490D" w:rsidRPr="00990104" w:rsidRDefault="008D3852">
            <w:pPr>
              <w:keepNext/>
              <w:rPr>
                <w:lang w:val="fr-FR"/>
              </w:rPr>
            </w:pPr>
            <w:proofErr w:type="spellStart"/>
            <w:r w:rsidRPr="00990104">
              <w:rPr>
                <w:b/>
                <w:color w:val="0D5F78"/>
                <w:lang w:val="fr-FR"/>
              </w:rPr>
              <w:t>Instituția</w:t>
            </w:r>
            <w:proofErr w:type="spellEnd"/>
          </w:p>
          <w:p w:rsidR="0092490D" w:rsidRPr="00990104" w:rsidRDefault="008D3852">
            <w:pPr>
              <w:keepNext/>
              <w:rPr>
                <w:lang w:val="fr-FR"/>
              </w:rPr>
            </w:pPr>
            <w:proofErr w:type="spellStart"/>
            <w:r w:rsidRPr="00990104">
              <w:rPr>
                <w:i/>
                <w:color w:val="7A7A7A"/>
                <w:lang w:val="fr-FR"/>
              </w:rPr>
              <w:t>primăria</w:t>
            </w:r>
            <w:proofErr w:type="spell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rsidR="0092490D" w:rsidRPr="00990104" w:rsidRDefault="0092490D">
            <w:pPr>
              <w:keepNext/>
              <w:rPr>
                <w:lang w:val="fr-FR"/>
              </w:rPr>
            </w:pPr>
          </w:p>
        </w:tc>
      </w:tr>
      <w:tr w:rsidR="0092490D" w:rsidRPr="00975330">
        <w:trPr>
          <w:cantSplit/>
        </w:trPr>
        <w:tc>
          <w:tcPr>
            <w:tcW w:w="9636" w:type="dxa"/>
            <w:shd w:val="clear" w:color="auto" w:fill="F4F4F4"/>
          </w:tcPr>
          <w:p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trPr>
          <w:cantSplit/>
        </w:trPr>
        <w:tc>
          <w:tcPr>
            <w:tcW w:w="9636" w:type="dxa"/>
            <w:gridSpan w:val="8"/>
            <w:shd w:val="clear" w:color="auto" w:fill="F4F4F4"/>
          </w:tcPr>
          <w:p w:rsidR="0092490D" w:rsidRDefault="008D3852">
            <w:pPr>
              <w:keepNext/>
            </w:pPr>
            <w:r>
              <w:rPr>
                <w:b/>
                <w:sz w:val="16"/>
              </w:rPr>
              <w:t xml:space="preserve">2. </w:t>
            </w:r>
            <w:r>
              <w:rPr>
                <w:b/>
                <w:color w:val="000000"/>
                <w:sz w:val="18"/>
              </w:rPr>
              <w:t>SOLICITANTUL</w:t>
            </w:r>
          </w:p>
        </w:tc>
      </w:tr>
      <w:tr w:rsidR="0092490D">
        <w:trPr>
          <w:cantSplit/>
          <w:trHeight w:val="510"/>
        </w:trPr>
        <w:tc>
          <w:tcPr>
            <w:tcW w:w="5621" w:type="dxa"/>
            <w:gridSpan w:val="5"/>
          </w:tcPr>
          <w:p w:rsidR="0092490D" w:rsidRDefault="008D3852">
            <w:pPr>
              <w:keepNext/>
            </w:pPr>
            <w:r>
              <w:rPr>
                <w:b/>
                <w:color w:val="0D5F78"/>
              </w:rPr>
              <w:t>Nume și prenume</w:t>
            </w:r>
          </w:p>
          <w:p w:rsidR="0092490D" w:rsidRDefault="0092490D">
            <w:pPr>
              <w:keepNext/>
            </w:pPr>
          </w:p>
        </w:tc>
        <w:tc>
          <w:tcPr>
            <w:tcW w:w="4015" w:type="dxa"/>
            <w:gridSpan w:val="3"/>
          </w:tcPr>
          <w:p w:rsidR="0092490D" w:rsidRDefault="008D3852">
            <w:pPr>
              <w:keepNext/>
            </w:pPr>
            <w:r>
              <w:rPr>
                <w:b/>
                <w:color w:val="0D5F78"/>
              </w:rPr>
              <w:t>CNP</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Act de identitate</w:t>
            </w:r>
          </w:p>
        </w:tc>
      </w:tr>
      <w:tr w:rsidR="0092490D">
        <w:trPr>
          <w:cantSplit/>
          <w:trHeight w:val="510"/>
        </w:trPr>
        <w:tc>
          <w:tcPr>
            <w:tcW w:w="1606" w:type="dxa"/>
          </w:tcPr>
          <w:p w:rsidR="0092490D" w:rsidRDefault="008D3852">
            <w:pPr>
              <w:keepNext/>
            </w:pPr>
            <w:r>
              <w:rPr>
                <w:b/>
                <w:color w:val="0D5F78"/>
              </w:rPr>
              <w:t>Seria</w:t>
            </w:r>
          </w:p>
          <w:p w:rsidR="0092490D" w:rsidRDefault="0092490D">
            <w:pPr>
              <w:keepNext/>
            </w:pPr>
          </w:p>
        </w:tc>
        <w:tc>
          <w:tcPr>
            <w:tcW w:w="1606" w:type="dxa"/>
          </w:tcPr>
          <w:p w:rsidR="0092490D" w:rsidRDefault="008D3852">
            <w:pPr>
              <w:keepNext/>
            </w:pPr>
            <w:r>
              <w:rPr>
                <w:b/>
                <w:color w:val="0D5F78"/>
              </w:rPr>
              <w:t>Numărul</w:t>
            </w:r>
          </w:p>
          <w:p w:rsidR="0092490D" w:rsidRDefault="0092490D">
            <w:pPr>
              <w:keepNext/>
            </w:pPr>
          </w:p>
        </w:tc>
        <w:tc>
          <w:tcPr>
            <w:tcW w:w="4818" w:type="dxa"/>
            <w:gridSpan w:val="5"/>
          </w:tcPr>
          <w:p w:rsidR="0092490D" w:rsidRDefault="008D3852">
            <w:pPr>
              <w:keepNext/>
            </w:pPr>
            <w:r>
              <w:rPr>
                <w:b/>
                <w:color w:val="0D5F78"/>
              </w:rPr>
              <w:t>Eliberat de</w:t>
            </w:r>
          </w:p>
          <w:p w:rsidR="0092490D" w:rsidRDefault="0092490D">
            <w:pPr>
              <w:keepNext/>
            </w:pPr>
          </w:p>
        </w:tc>
        <w:tc>
          <w:tcPr>
            <w:tcW w:w="1606" w:type="dxa"/>
          </w:tcPr>
          <w:p w:rsidR="0092490D" w:rsidRDefault="008D3852">
            <w:pPr>
              <w:keepNext/>
            </w:pPr>
            <w:r>
              <w:rPr>
                <w:b/>
                <w:color w:val="0D5F78"/>
              </w:rPr>
              <w:t>La data</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Domiciliul</w:t>
            </w:r>
          </w:p>
        </w:tc>
      </w:tr>
      <w:tr w:rsidR="0092490D">
        <w:trPr>
          <w:cantSplit/>
          <w:trHeight w:val="510"/>
        </w:trPr>
        <w:tc>
          <w:tcPr>
            <w:tcW w:w="3212" w:type="dxa"/>
            <w:gridSpan w:val="2"/>
          </w:tcPr>
          <w:p w:rsidR="0092490D" w:rsidRDefault="008D3852">
            <w:pPr>
              <w:keepNext/>
            </w:pPr>
            <w:r>
              <w:rPr>
                <w:b/>
                <w:color w:val="0D5F78"/>
              </w:rPr>
              <w:t>Județul</w:t>
            </w:r>
          </w:p>
          <w:p w:rsidR="0092490D" w:rsidRDefault="0092490D">
            <w:pPr>
              <w:keepNext/>
            </w:pPr>
          </w:p>
        </w:tc>
        <w:tc>
          <w:tcPr>
            <w:tcW w:w="3212" w:type="dxa"/>
            <w:gridSpan w:val="4"/>
          </w:tcPr>
          <w:p w:rsidR="0092490D" w:rsidRDefault="008D3852">
            <w:pPr>
              <w:keepNext/>
            </w:pPr>
            <w:r>
              <w:rPr>
                <w:b/>
                <w:color w:val="0D5F78"/>
              </w:rPr>
              <w:t>Municipiul / orașul / comuna</w:t>
            </w:r>
          </w:p>
          <w:p w:rsidR="0092490D" w:rsidRDefault="0092490D">
            <w:pPr>
              <w:keepNext/>
            </w:pPr>
          </w:p>
        </w:tc>
        <w:tc>
          <w:tcPr>
            <w:tcW w:w="3212" w:type="dxa"/>
            <w:gridSpan w:val="2"/>
          </w:tcPr>
          <w:p w:rsidR="0092490D" w:rsidRDefault="008D3852">
            <w:pPr>
              <w:keepNext/>
            </w:pPr>
            <w:r>
              <w:rPr>
                <w:b/>
                <w:color w:val="0D5F78"/>
              </w:rPr>
              <w:t>Satul / sectorul</w:t>
            </w:r>
          </w:p>
          <w:p w:rsidR="0092490D" w:rsidRDefault="0092490D">
            <w:pPr>
              <w:keepNext/>
            </w:pPr>
          </w:p>
        </w:tc>
      </w:tr>
      <w:tr w:rsidR="0092490D">
        <w:trPr>
          <w:cantSplit/>
          <w:trHeight w:val="510"/>
        </w:trPr>
        <w:tc>
          <w:tcPr>
            <w:tcW w:w="3212" w:type="dxa"/>
            <w:gridSpan w:val="2"/>
          </w:tcPr>
          <w:p w:rsidR="0092490D" w:rsidRDefault="008D3852">
            <w:pPr>
              <w:keepNext/>
            </w:pPr>
            <w:r>
              <w:rPr>
                <w:b/>
                <w:color w:val="0D5F78"/>
              </w:rPr>
              <w:t>Strada</w:t>
            </w:r>
          </w:p>
          <w:p w:rsidR="0092490D" w:rsidRDefault="0092490D">
            <w:pPr>
              <w:keepNext/>
            </w:pPr>
          </w:p>
        </w:tc>
        <w:tc>
          <w:tcPr>
            <w:tcW w:w="803" w:type="dxa"/>
          </w:tcPr>
          <w:p w:rsidR="0092490D" w:rsidRDefault="008D3852">
            <w:pPr>
              <w:keepNext/>
            </w:pPr>
            <w:r>
              <w:rPr>
                <w:b/>
                <w:color w:val="0D5F78"/>
              </w:rPr>
              <w:t>Nr.</w:t>
            </w:r>
          </w:p>
          <w:p w:rsidR="0092490D" w:rsidRDefault="0092490D">
            <w:pPr>
              <w:keepNext/>
            </w:pPr>
          </w:p>
        </w:tc>
        <w:tc>
          <w:tcPr>
            <w:tcW w:w="803" w:type="dxa"/>
          </w:tcPr>
          <w:p w:rsidR="0092490D" w:rsidRDefault="008D3852">
            <w:pPr>
              <w:keepNext/>
            </w:pPr>
            <w:r>
              <w:rPr>
                <w:b/>
                <w:color w:val="0D5F78"/>
              </w:rPr>
              <w:t>Sc.</w:t>
            </w:r>
          </w:p>
          <w:p w:rsidR="0092490D" w:rsidRDefault="0092490D">
            <w:pPr>
              <w:keepNext/>
            </w:pPr>
          </w:p>
        </w:tc>
        <w:tc>
          <w:tcPr>
            <w:tcW w:w="803" w:type="dxa"/>
          </w:tcPr>
          <w:p w:rsidR="0092490D" w:rsidRDefault="008D3852">
            <w:pPr>
              <w:keepNext/>
            </w:pPr>
            <w:r>
              <w:rPr>
                <w:b/>
                <w:color w:val="0D5F78"/>
              </w:rPr>
              <w:t>Et.</w:t>
            </w:r>
          </w:p>
          <w:p w:rsidR="0092490D" w:rsidRDefault="0092490D">
            <w:pPr>
              <w:keepNext/>
            </w:pPr>
          </w:p>
        </w:tc>
        <w:tc>
          <w:tcPr>
            <w:tcW w:w="803" w:type="dxa"/>
          </w:tcPr>
          <w:p w:rsidR="0092490D" w:rsidRDefault="008D3852">
            <w:pPr>
              <w:keepNext/>
            </w:pPr>
            <w:r>
              <w:rPr>
                <w:b/>
                <w:color w:val="0D5F78"/>
              </w:rPr>
              <w:t>Ap.</w:t>
            </w:r>
          </w:p>
          <w:p w:rsidR="0092490D" w:rsidRDefault="0092490D">
            <w:pPr>
              <w:keepNext/>
            </w:pPr>
          </w:p>
        </w:tc>
        <w:tc>
          <w:tcPr>
            <w:tcW w:w="1606" w:type="dxa"/>
          </w:tcPr>
          <w:p w:rsidR="0092490D" w:rsidRDefault="008D3852">
            <w:pPr>
              <w:keepNext/>
            </w:pPr>
            <w:r>
              <w:rPr>
                <w:b/>
                <w:color w:val="0D5F78"/>
              </w:rPr>
              <w:t>Cod poștal</w:t>
            </w:r>
          </w:p>
          <w:p w:rsidR="0092490D" w:rsidRDefault="0092490D">
            <w:pPr>
              <w:keepNext/>
            </w:pPr>
          </w:p>
        </w:tc>
        <w:tc>
          <w:tcPr>
            <w:tcW w:w="1606" w:type="dxa"/>
          </w:tcPr>
          <w:p w:rsidR="0092490D" w:rsidRDefault="008D3852">
            <w:pPr>
              <w:keepNext/>
            </w:pPr>
            <w:r>
              <w:rPr>
                <w:b/>
                <w:color w:val="0D5F78"/>
              </w:rPr>
              <w:t>Țara</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Date de contact</w:t>
            </w:r>
          </w:p>
        </w:tc>
      </w:tr>
      <w:tr w:rsidR="0092490D">
        <w:trPr>
          <w:cantSplit/>
          <w:trHeight w:val="510"/>
        </w:trPr>
        <w:tc>
          <w:tcPr>
            <w:tcW w:w="4015" w:type="dxa"/>
            <w:gridSpan w:val="3"/>
          </w:tcPr>
          <w:p w:rsidR="0092490D" w:rsidRDefault="008D3852">
            <w:pPr>
              <w:keepNext/>
            </w:pPr>
            <w:r>
              <w:rPr>
                <w:b/>
                <w:color w:val="0D5F78"/>
              </w:rPr>
              <w:t>Telefon / fax</w:t>
            </w:r>
          </w:p>
          <w:p w:rsidR="0092490D" w:rsidRDefault="0092490D">
            <w:pPr>
              <w:keepNext/>
            </w:pPr>
          </w:p>
        </w:tc>
        <w:tc>
          <w:tcPr>
            <w:tcW w:w="5621" w:type="dxa"/>
            <w:gridSpan w:val="5"/>
          </w:tcPr>
          <w:p w:rsidR="0092490D" w:rsidRDefault="008D3852">
            <w:pPr>
              <w:keepNext/>
            </w:pPr>
            <w:r>
              <w:rPr>
                <w:b/>
                <w:color w:val="0D5F78"/>
              </w:rPr>
              <w:t>E-mail</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Reprezentare</w:t>
            </w:r>
          </w:p>
        </w:tc>
      </w:tr>
      <w:tr w:rsidR="0092490D">
        <w:trPr>
          <w:cantSplit/>
          <w:trHeight w:val="510"/>
        </w:trPr>
        <w:tc>
          <w:tcPr>
            <w:tcW w:w="6424" w:type="dxa"/>
            <w:gridSpan w:val="6"/>
          </w:tcPr>
          <w:p w:rsidR="0092490D" w:rsidRDefault="008D3852">
            <w:r>
              <w:rPr>
                <w:b/>
                <w:color w:val="0D5F78"/>
              </w:rPr>
              <w:t>În calitate de reprezentant al</w:t>
            </w:r>
          </w:p>
          <w:p w:rsidR="0092490D" w:rsidRDefault="0092490D"/>
        </w:tc>
        <w:tc>
          <w:tcPr>
            <w:tcW w:w="3212" w:type="dxa"/>
            <w:gridSpan w:val="2"/>
          </w:tcPr>
          <w:p w:rsidR="0092490D" w:rsidRDefault="008D3852">
            <w:r>
              <w:rPr>
                <w:b/>
                <w:color w:val="0D5F78"/>
              </w:rPr>
              <w:t>CUI / CIF</w:t>
            </w:r>
          </w:p>
          <w:p w:rsidR="0092490D" w:rsidRDefault="0092490D"/>
        </w:tc>
      </w:tr>
    </w:tbl>
    <w:p w:rsidR="0092490D" w:rsidRDefault="0092490D">
      <w:pPr>
        <w:spacing w:line="168" w:lineRule="auto"/>
      </w:pPr>
    </w:p>
    <w:p w:rsidR="0092490D" w:rsidRDefault="008D3852">
      <w:pPr>
        <w:spacing w:before="80" w:after="60"/>
        <w:jc w:val="center"/>
      </w:pPr>
      <w:r>
        <w:rPr>
          <w:sz w:val="18"/>
        </w:rPr>
        <w:t>în conformitate cu prevederile art. 300 din Legea nr. 169/2026 privind Codul amenajării teritoriului, urbanismului și construcțiilor, solicit</w:t>
      </w:r>
    </w:p>
    <w:p w:rsidR="0092490D" w:rsidRDefault="008D3852">
      <w:pPr>
        <w:spacing w:before="80" w:after="60"/>
        <w:jc w:val="center"/>
      </w:pPr>
      <w:r>
        <w:rPr>
          <w:sz w:val="18"/>
        </w:rPr>
        <w:t>solicit emiterea</w:t>
      </w:r>
    </w:p>
    <w:p w:rsidR="0092490D" w:rsidRDefault="008D3852">
      <w:pPr>
        <w:spacing w:after="160"/>
        <w:jc w:val="center"/>
      </w:pPr>
      <w:r>
        <w:rPr>
          <w:b/>
          <w:sz w:val="20"/>
        </w:rPr>
        <w:t>AVIZ DE AMPLASARE</w:t>
      </w:r>
    </w:p>
    <w:p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trPr>
          <w:cantSplit/>
        </w:trPr>
        <w:tc>
          <w:tcPr>
            <w:tcW w:w="9636" w:type="dxa"/>
            <w:shd w:val="clear" w:color="auto" w:fill="F4F4F4"/>
          </w:tcPr>
          <w:p w:rsidR="0092490D" w:rsidRDefault="008D3852">
            <w:pPr>
              <w:keepNext/>
            </w:pPr>
            <w:r>
              <w:rPr>
                <w:b/>
                <w:sz w:val="16"/>
              </w:rPr>
              <w:t xml:space="preserve"> 3. </w:t>
            </w:r>
            <w:r w:rsidR="00BC56AE">
              <w:rPr>
                <w:b/>
                <w:sz w:val="16"/>
              </w:rPr>
              <w:t xml:space="preserve">ÎN </w:t>
            </w:r>
            <w:r w:rsidR="00EC2169">
              <w:rPr>
                <w:b/>
                <w:color w:val="000000"/>
                <w:sz w:val="18"/>
              </w:rPr>
              <w:t>VEDEREA AMPLASĂRII:</w:t>
            </w:r>
          </w:p>
        </w:tc>
      </w:tr>
      <w:tr w:rsidR="0092490D">
        <w:trPr>
          <w:cantSplit/>
        </w:trPr>
        <w:tc>
          <w:tcPr>
            <w:tcW w:w="9636" w:type="dxa"/>
          </w:tcPr>
          <w:p w:rsidR="0092490D" w:rsidRDefault="008D3852">
            <w:pPr>
              <w:keepNext/>
            </w:pPr>
            <w:r>
              <w:rPr>
                <w:sz w:val="16"/>
              </w:rPr>
              <w:t>☐ a) rastele pentru biciclete, trotinete și puncte / stații de încărcare pentru autovehicule electrice / hibride</w:t>
            </w:r>
          </w:p>
        </w:tc>
      </w:tr>
      <w:tr w:rsidR="0092490D">
        <w:trPr>
          <w:cantSplit/>
        </w:trPr>
        <w:tc>
          <w:tcPr>
            <w:tcW w:w="9636" w:type="dxa"/>
          </w:tcPr>
          <w:p w:rsidR="0092490D" w:rsidRDefault="008D3852">
            <w:pPr>
              <w:keepNext/>
            </w:pPr>
            <w:r>
              <w:rPr>
                <w:sz w:val="16"/>
              </w:rPr>
              <w:t xml:space="preserve">☐ b) punct fix de măsurare și punct de măsurare indicativ a calității aerului, cu dotări aferente, conform Legii nr. 104/2011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trPr>
          <w:cantSplit/>
        </w:trPr>
        <w:tc>
          <w:tcPr>
            <w:tcW w:w="9636" w:type="dxa"/>
          </w:tcPr>
          <w:p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trPr>
          <w:cantSplit/>
        </w:trPr>
        <w:tc>
          <w:tcPr>
            <w:tcW w:w="9636" w:type="dxa"/>
          </w:tcPr>
          <w:p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trPr>
          <w:cantSplit/>
        </w:trPr>
        <w:tc>
          <w:tcPr>
            <w:tcW w:w="9636" w:type="dxa"/>
          </w:tcPr>
          <w:p w:rsidR="0092490D" w:rsidRDefault="008D3852">
            <w:pPr>
              <w:keepNext/>
            </w:pP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w:t>
            </w:r>
            <w:proofErr w:type="spellStart"/>
            <w:r>
              <w:rPr>
                <w:sz w:val="16"/>
              </w:rPr>
              <w:t>dotările</w:t>
            </w:r>
            <w:proofErr w:type="spellEnd"/>
            <w:r>
              <w:rPr>
                <w:sz w:val="16"/>
              </w:rPr>
              <w:t xml:space="preserve"> </w:t>
            </w:r>
            <w:proofErr w:type="spellStart"/>
            <w:r>
              <w:rPr>
                <w:sz w:val="16"/>
              </w:rPr>
              <w:t>aferente</w:t>
            </w:r>
            <w:proofErr w:type="spellEnd"/>
          </w:p>
        </w:tc>
      </w:tr>
      <w:tr w:rsidR="0092490D">
        <w:trPr>
          <w:cantSplit/>
        </w:trPr>
        <w:tc>
          <w:tcPr>
            <w:tcW w:w="9636" w:type="dxa"/>
          </w:tcPr>
          <w:p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trPr>
          <w:cantSplit/>
        </w:trPr>
        <w:tc>
          <w:tcPr>
            <w:tcW w:w="9636" w:type="dxa"/>
          </w:tcPr>
          <w:p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trPr>
          <w:cantSplit/>
        </w:trPr>
        <w:tc>
          <w:tcPr>
            <w:tcW w:w="9636" w:type="dxa"/>
          </w:tcPr>
          <w:p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trPr>
          <w:cantSplit/>
        </w:trPr>
        <w:tc>
          <w:tcPr>
            <w:tcW w:w="9636" w:type="dxa"/>
          </w:tcPr>
          <w:p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trPr>
          <w:cantSplit/>
        </w:trPr>
        <w:tc>
          <w:tcPr>
            <w:tcW w:w="9636" w:type="dxa"/>
            <w:gridSpan w:val="6"/>
            <w:shd w:val="clear" w:color="auto" w:fill="F4F4F4"/>
          </w:tcPr>
          <w:p w:rsidR="0092490D" w:rsidRDefault="008D3852">
            <w:pPr>
              <w:keepNext/>
            </w:pPr>
            <w:r>
              <w:rPr>
                <w:b/>
                <w:sz w:val="16"/>
              </w:rPr>
              <w:lastRenderedPageBreak/>
              <w:t xml:space="preserve">4. </w:t>
            </w:r>
            <w:r>
              <w:rPr>
                <w:b/>
                <w:color w:val="000000"/>
                <w:sz w:val="18"/>
              </w:rPr>
              <w:t>IMOBILUL</w:t>
            </w:r>
          </w:p>
        </w:tc>
      </w:tr>
      <w:tr w:rsidR="0092490D">
        <w:trPr>
          <w:cantSplit/>
        </w:trPr>
        <w:tc>
          <w:tcPr>
            <w:tcW w:w="9636" w:type="dxa"/>
            <w:gridSpan w:val="6"/>
          </w:tcPr>
          <w:p w:rsidR="0092490D" w:rsidRDefault="008D3852">
            <w:pPr>
              <w:keepNext/>
            </w:pPr>
            <w:r>
              <w:rPr>
                <w:sz w:val="16"/>
              </w:rPr>
              <w:t xml:space="preserve"> ☐ teren     ☐ construcții</w:t>
            </w:r>
          </w:p>
        </w:tc>
      </w:tr>
      <w:tr w:rsidR="0092490D">
        <w:trPr>
          <w:cantSplit/>
          <w:trHeight w:val="510"/>
        </w:trPr>
        <w:tc>
          <w:tcPr>
            <w:tcW w:w="3212" w:type="dxa"/>
            <w:gridSpan w:val="2"/>
          </w:tcPr>
          <w:p w:rsidR="0092490D" w:rsidRDefault="008D3852">
            <w:pPr>
              <w:keepNext/>
            </w:pPr>
            <w:r>
              <w:rPr>
                <w:b/>
                <w:color w:val="0D5F78"/>
              </w:rPr>
              <w:t>Județ</w:t>
            </w:r>
          </w:p>
          <w:p w:rsidR="0092490D" w:rsidRDefault="0092490D">
            <w:pPr>
              <w:keepNext/>
            </w:pPr>
          </w:p>
        </w:tc>
        <w:tc>
          <w:tcPr>
            <w:tcW w:w="3212" w:type="dxa"/>
            <w:gridSpan w:val="2"/>
          </w:tcPr>
          <w:p w:rsidR="0092490D" w:rsidRDefault="008D3852">
            <w:pPr>
              <w:keepNext/>
            </w:pPr>
            <w:r>
              <w:rPr>
                <w:b/>
                <w:color w:val="0D5F78"/>
              </w:rPr>
              <w:t>Municipiu / oraș / comună</w:t>
            </w:r>
          </w:p>
          <w:p w:rsidR="0092490D" w:rsidRDefault="0092490D">
            <w:pPr>
              <w:keepNext/>
            </w:pPr>
          </w:p>
        </w:tc>
        <w:tc>
          <w:tcPr>
            <w:tcW w:w="3212" w:type="dxa"/>
            <w:gridSpan w:val="2"/>
          </w:tcPr>
          <w:p w:rsidR="0092490D" w:rsidRDefault="008D3852">
            <w:pPr>
              <w:keepNext/>
            </w:pPr>
            <w:r>
              <w:rPr>
                <w:b/>
                <w:color w:val="0D5F78"/>
              </w:rPr>
              <w:t>Sat / sector</w:t>
            </w:r>
          </w:p>
          <w:p w:rsidR="0092490D" w:rsidRDefault="0092490D">
            <w:pPr>
              <w:keepNext/>
            </w:pPr>
          </w:p>
        </w:tc>
      </w:tr>
      <w:tr w:rsidR="0092490D">
        <w:trPr>
          <w:cantSplit/>
          <w:trHeight w:val="510"/>
        </w:trPr>
        <w:tc>
          <w:tcPr>
            <w:tcW w:w="1606" w:type="dxa"/>
          </w:tcPr>
          <w:p w:rsidR="0092490D" w:rsidRDefault="008D3852">
            <w:pPr>
              <w:keepNext/>
            </w:pPr>
            <w:r>
              <w:rPr>
                <w:b/>
                <w:color w:val="0D5F78"/>
              </w:rPr>
              <w:t>Cod poștal</w:t>
            </w:r>
          </w:p>
          <w:p w:rsidR="0092490D" w:rsidRDefault="0092490D">
            <w:pPr>
              <w:keepNext/>
            </w:pPr>
          </w:p>
        </w:tc>
        <w:tc>
          <w:tcPr>
            <w:tcW w:w="4818" w:type="dxa"/>
            <w:gridSpan w:val="3"/>
          </w:tcPr>
          <w:p w:rsidR="0092490D" w:rsidRDefault="008D3852">
            <w:pPr>
              <w:keepNext/>
            </w:pPr>
            <w:r>
              <w:rPr>
                <w:b/>
                <w:color w:val="0D5F78"/>
              </w:rPr>
              <w:t>Strada</w:t>
            </w:r>
          </w:p>
          <w:p w:rsidR="0092490D" w:rsidRDefault="0092490D">
            <w:pPr>
              <w:keepNext/>
            </w:pPr>
          </w:p>
        </w:tc>
        <w:tc>
          <w:tcPr>
            <w:tcW w:w="803" w:type="dxa"/>
          </w:tcPr>
          <w:p w:rsidR="0092490D" w:rsidRDefault="008D3852">
            <w:pPr>
              <w:keepNext/>
            </w:pPr>
            <w:r>
              <w:rPr>
                <w:b/>
                <w:color w:val="0D5F78"/>
              </w:rPr>
              <w:t>Nr.</w:t>
            </w:r>
          </w:p>
          <w:p w:rsidR="0092490D" w:rsidRDefault="0092490D">
            <w:pPr>
              <w:keepNext/>
            </w:pPr>
          </w:p>
        </w:tc>
        <w:tc>
          <w:tcPr>
            <w:tcW w:w="2409" w:type="dxa"/>
          </w:tcPr>
          <w:p w:rsidR="0092490D" w:rsidRDefault="008D3852">
            <w:pPr>
              <w:keepNext/>
            </w:pPr>
            <w:r>
              <w:rPr>
                <w:b/>
                <w:color w:val="0D5F78"/>
              </w:rPr>
              <w:t>Bl. / sc. / et. / ap.</w:t>
            </w:r>
          </w:p>
          <w:p w:rsidR="0092490D" w:rsidRDefault="0092490D">
            <w:pPr>
              <w:keepNext/>
            </w:pPr>
          </w:p>
        </w:tc>
      </w:tr>
      <w:tr w:rsidR="0092490D">
        <w:trPr>
          <w:cantSplit/>
          <w:trHeight w:val="510"/>
        </w:trPr>
        <w:tc>
          <w:tcPr>
            <w:tcW w:w="5621" w:type="dxa"/>
            <w:gridSpan w:val="3"/>
          </w:tcPr>
          <w:p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rsidR="0092490D" w:rsidRPr="00990104" w:rsidRDefault="008D3852">
            <w:pPr>
              <w:keepNext/>
              <w:rPr>
                <w:lang w:val="fr-FR"/>
              </w:rPr>
            </w:pPr>
            <w:proofErr w:type="spellStart"/>
            <w:r w:rsidRPr="00990104">
              <w:rPr>
                <w:i/>
                <w:color w:val="7A7A7A"/>
                <w:lang w:val="fr-FR"/>
              </w:rPr>
              <w:t>dacă</w:t>
            </w:r>
            <w:proofErr w:type="spell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rsidR="0092490D" w:rsidRPr="00990104" w:rsidRDefault="0092490D">
            <w:pPr>
              <w:keepNext/>
              <w:rPr>
                <w:lang w:val="fr-FR"/>
              </w:rPr>
            </w:pPr>
          </w:p>
        </w:tc>
        <w:tc>
          <w:tcPr>
            <w:tcW w:w="4015" w:type="dxa"/>
            <w:gridSpan w:val="3"/>
          </w:tcPr>
          <w:p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rsidR="0092490D" w:rsidRDefault="0092490D">
            <w:pPr>
              <w:keepNext/>
            </w:pPr>
          </w:p>
        </w:tc>
      </w:tr>
      <w:tr w:rsidR="0092490D">
        <w:trPr>
          <w:cantSplit/>
        </w:trPr>
        <w:tc>
          <w:tcPr>
            <w:tcW w:w="9636" w:type="dxa"/>
            <w:gridSpan w:val="6"/>
          </w:tcPr>
          <w:p w:rsidR="0092490D" w:rsidRDefault="008D3852">
            <w:r>
              <w:rPr>
                <w:sz w:val="16"/>
              </w:rPr>
              <w:t xml:space="preserve"> ☐ extras de carte funciară actualizat, anexat     ☐ plan de încadrare în zonă în sistem Stereo 70, anexat</w:t>
            </w:r>
          </w:p>
        </w:tc>
      </w:tr>
    </w:tbl>
    <w:p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trPr>
          <w:cantSplit/>
        </w:trPr>
        <w:tc>
          <w:tcPr>
            <w:tcW w:w="9636" w:type="dxa"/>
            <w:shd w:val="clear" w:color="auto" w:fill="F4F4F4"/>
          </w:tcPr>
          <w:p w:rsidR="0092490D" w:rsidRDefault="008D3852">
            <w:pPr>
              <w:keepNext/>
            </w:pPr>
            <w:r>
              <w:rPr>
                <w:b/>
                <w:sz w:val="16"/>
              </w:rPr>
              <w:t xml:space="preserve"> 5. </w:t>
            </w:r>
            <w:r>
              <w:rPr>
                <w:b/>
                <w:color w:val="000000"/>
                <w:sz w:val="18"/>
              </w:rPr>
              <w:t>SUPRAFAȚA</w:t>
            </w:r>
          </w:p>
        </w:tc>
      </w:tr>
      <w:tr w:rsidR="0092490D" w:rsidRPr="00975330">
        <w:trPr>
          <w:cantSplit/>
          <w:trHeight w:val="510"/>
        </w:trPr>
        <w:tc>
          <w:tcPr>
            <w:tcW w:w="9636" w:type="dxa"/>
          </w:tcPr>
          <w:p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rsidR="0092490D" w:rsidRPr="00990104" w:rsidRDefault="0092490D">
            <w:pPr>
              <w:rPr>
                <w:lang w:val="fr-FR"/>
              </w:rPr>
            </w:pPr>
          </w:p>
        </w:tc>
      </w:tr>
    </w:tbl>
    <w:p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trPr>
          <w:cantSplit/>
        </w:trPr>
        <w:tc>
          <w:tcPr>
            <w:tcW w:w="9636" w:type="dxa"/>
            <w:shd w:val="clear" w:color="auto" w:fill="F4F4F4"/>
          </w:tcPr>
          <w:p w:rsidR="0092490D" w:rsidRDefault="008D3852">
            <w:pPr>
              <w:keepNext/>
            </w:pPr>
            <w:r>
              <w:rPr>
                <w:b/>
                <w:sz w:val="16"/>
              </w:rPr>
              <w:t xml:space="preserve">6. </w:t>
            </w:r>
            <w:r>
              <w:rPr>
                <w:b/>
                <w:color w:val="000000"/>
                <w:sz w:val="18"/>
              </w:rPr>
              <w:t>ANEXEZ PREZENTEI SOLICITĂRI</w:t>
            </w:r>
          </w:p>
        </w:tc>
      </w:tr>
      <w:tr w:rsidR="0092490D" w:rsidRPr="00975330">
        <w:trPr>
          <w:cantSplit/>
        </w:trPr>
        <w:tc>
          <w:tcPr>
            <w:tcW w:w="9636" w:type="dxa"/>
          </w:tcPr>
          <w:p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trPr>
          <w:cantSplit/>
        </w:trPr>
        <w:tc>
          <w:tcPr>
            <w:tcW w:w="9636" w:type="dxa"/>
          </w:tcPr>
          <w:p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trPr>
          <w:cantSplit/>
        </w:trPr>
        <w:tc>
          <w:tcPr>
            <w:tcW w:w="9636" w:type="dxa"/>
          </w:tcPr>
          <w:p w:rsidR="0092490D" w:rsidRDefault="008D3852">
            <w:pPr>
              <w:keepNext/>
            </w:pP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trPr>
          <w:cantSplit/>
        </w:trPr>
        <w:tc>
          <w:tcPr>
            <w:tcW w:w="9636" w:type="dxa"/>
          </w:tcPr>
          <w:p w:rsidR="0092490D" w:rsidRDefault="0092490D">
            <w:pPr>
              <w:pBdr>
                <w:bottom w:val="dotted" w:sz="6" w:space="0" w:color="999999"/>
              </w:pBdr>
              <w:spacing w:after="80"/>
            </w:pPr>
          </w:p>
          <w:p w:rsidR="0092490D" w:rsidRDefault="0092490D">
            <w:pPr>
              <w:pBdr>
                <w:bottom w:val="dotted" w:sz="6" w:space="0" w:color="999999"/>
              </w:pBdr>
              <w:spacing w:after="80"/>
            </w:pPr>
          </w:p>
        </w:tc>
      </w:tr>
    </w:tbl>
    <w:p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trPr>
          <w:cantSplit/>
        </w:trPr>
        <w:tc>
          <w:tcPr>
            <w:tcW w:w="9636" w:type="dxa"/>
            <w:gridSpan w:val="3"/>
            <w:shd w:val="clear" w:color="auto" w:fill="F4F4F4"/>
          </w:tcPr>
          <w:p w:rsidR="0092490D" w:rsidRDefault="008D3852">
            <w:pPr>
              <w:keepNext/>
            </w:pPr>
            <w:r>
              <w:rPr>
                <w:b/>
                <w:sz w:val="16"/>
              </w:rPr>
              <w:t xml:space="preserve"> 7. </w:t>
            </w:r>
            <w:r>
              <w:rPr>
                <w:b/>
                <w:color w:val="000000"/>
                <w:sz w:val="18"/>
              </w:rPr>
              <w:t>DATA ȘI SEMNĂTURA</w:t>
            </w:r>
          </w:p>
        </w:tc>
      </w:tr>
      <w:tr w:rsidR="0092490D">
        <w:trPr>
          <w:cantSplit/>
        </w:trPr>
        <w:tc>
          <w:tcPr>
            <w:tcW w:w="9636" w:type="dxa"/>
            <w:gridSpan w:val="3"/>
          </w:tcPr>
          <w:p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trPr>
          <w:cantSplit/>
          <w:trHeight w:val="510"/>
        </w:trPr>
        <w:tc>
          <w:tcPr>
            <w:tcW w:w="1606" w:type="dxa"/>
          </w:tcPr>
          <w:p w:rsidR="0092490D" w:rsidRDefault="008D3852">
            <w:r>
              <w:rPr>
                <w:b/>
                <w:color w:val="0D5F78"/>
              </w:rPr>
              <w:t>Data</w:t>
            </w:r>
          </w:p>
          <w:p w:rsidR="0092490D" w:rsidRDefault="0092490D"/>
        </w:tc>
        <w:tc>
          <w:tcPr>
            <w:tcW w:w="4818" w:type="dxa"/>
          </w:tcPr>
          <w:p w:rsidR="0092490D" w:rsidRDefault="008D3852">
            <w:r>
              <w:rPr>
                <w:b/>
                <w:color w:val="0D5F78"/>
              </w:rPr>
              <w:t>Solicitantul</w:t>
            </w:r>
          </w:p>
          <w:p w:rsidR="0092490D" w:rsidRDefault="0092490D"/>
        </w:tc>
        <w:tc>
          <w:tcPr>
            <w:tcW w:w="3212" w:type="dxa"/>
          </w:tcPr>
          <w:p w:rsidR="0092490D" w:rsidRDefault="008D3852">
            <w:r>
              <w:rPr>
                <w:b/>
                <w:color w:val="0D5F78"/>
              </w:rPr>
              <w:t>Semnătura</w:t>
            </w:r>
          </w:p>
          <w:p w:rsidR="0092490D" w:rsidRDefault="0092490D"/>
        </w:tc>
      </w:tr>
    </w:tbl>
    <w:p w:rsidR="0092490D" w:rsidRDefault="0092490D">
      <w:pPr>
        <w:spacing w:line="168" w:lineRule="auto"/>
      </w:pPr>
    </w:p>
    <w:sectPr w:rsidR="0092490D"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852" w:rsidRDefault="008D3852">
      <w:r>
        <w:separator/>
      </w:r>
    </w:p>
  </w:endnote>
  <w:endnote w:type="continuationSeparator" w:id="0">
    <w:p w:rsidR="008D3852" w:rsidRDefault="008D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t>pagina</w:t>
    </w:r>
    <w:r w:rsidR="00CC19E5">
      <w:rPr>
        <w:color w:val="595959"/>
      </w:rPr>
      <w:fldChar w:fldCharType="begin"/>
    </w:r>
    <w:r>
      <w:rPr>
        <w:color w:val="595959"/>
      </w:rPr>
      <w:instrText xml:space="preserve"> PAGE </w:instrText>
    </w:r>
    <w:r w:rsidR="00CC19E5">
      <w:rPr>
        <w:color w:val="595959"/>
      </w:rPr>
      <w:fldChar w:fldCharType="separate"/>
    </w:r>
    <w:r w:rsidR="00987182">
      <w:rPr>
        <w:noProof/>
        <w:color w:val="595959"/>
      </w:rPr>
      <w:t>1</w:t>
    </w:r>
    <w:r w:rsidR="00CC19E5">
      <w:rPr>
        <w:color w:val="595959"/>
      </w:rPr>
      <w:fldChar w:fldCharType="end"/>
    </w:r>
    <w:r>
      <w:rPr>
        <w:color w:val="595959"/>
      </w:rPr>
      <w:t xml:space="preserve"> din </w:t>
    </w:r>
    <w:r w:rsidR="00CC19E5">
      <w:rPr>
        <w:color w:val="595959"/>
      </w:rPr>
      <w:fldChar w:fldCharType="begin"/>
    </w:r>
    <w:r>
      <w:rPr>
        <w:color w:val="595959"/>
      </w:rPr>
      <w:instrText xml:space="preserve"> NUMPAGES </w:instrText>
    </w:r>
    <w:r w:rsidR="00CC19E5">
      <w:rPr>
        <w:color w:val="595959"/>
      </w:rPr>
      <w:fldChar w:fldCharType="separate"/>
    </w:r>
    <w:r w:rsidR="00987182">
      <w:rPr>
        <w:noProof/>
        <w:color w:val="595959"/>
      </w:rPr>
      <w:t>2</w:t>
    </w:r>
    <w:r w:rsidR="00CC19E5">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852" w:rsidRDefault="008D3852">
      <w:r>
        <w:separator/>
      </w:r>
    </w:p>
  </w:footnote>
  <w:footnote w:type="continuationSeparator" w:id="0">
    <w:p w:rsidR="008D3852" w:rsidRDefault="008D3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rsidR="00975330" w:rsidRDefault="00975330">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0472F"/>
    <w:rsid w:val="00034616"/>
    <w:rsid w:val="0006063C"/>
    <w:rsid w:val="00111A69"/>
    <w:rsid w:val="0015074B"/>
    <w:rsid w:val="0029639D"/>
    <w:rsid w:val="002D42CF"/>
    <w:rsid w:val="00326F90"/>
    <w:rsid w:val="00627198"/>
    <w:rsid w:val="006B6A28"/>
    <w:rsid w:val="006D48C4"/>
    <w:rsid w:val="0070251D"/>
    <w:rsid w:val="00780BC5"/>
    <w:rsid w:val="007D30DD"/>
    <w:rsid w:val="008D3852"/>
    <w:rsid w:val="0092490D"/>
    <w:rsid w:val="00975330"/>
    <w:rsid w:val="00987182"/>
    <w:rsid w:val="00990104"/>
    <w:rsid w:val="00AA1D8D"/>
    <w:rsid w:val="00AB55EB"/>
    <w:rsid w:val="00B47730"/>
    <w:rsid w:val="00BC56AE"/>
    <w:rsid w:val="00C40ABF"/>
    <w:rsid w:val="00CB0664"/>
    <w:rsid w:val="00CC19E5"/>
    <w:rsid w:val="00D52CF1"/>
    <w:rsid w:val="00DC729B"/>
    <w:rsid w:val="00E61A6B"/>
    <w:rsid w:val="00EB5CD8"/>
    <w:rsid w:val="00EC2169"/>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27CB4E8-29A0-4924-AE51-367FE244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7D30DD"/>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D30DD"/>
    <w:rPr>
      <w:rFonts w:ascii="Tahoma" w:hAnsi="Tahoma" w:cs="Tahoma"/>
      <w:sz w:val="16"/>
      <w:szCs w:val="16"/>
    </w:rPr>
  </w:style>
  <w:style w:type="character" w:styleId="Hyperlink">
    <w:name w:val="Hyperlink"/>
    <w:rsid w:val="00EB5CD8"/>
    <w:rPr>
      <w:b/>
      <w:bCs/>
      <w:strike w:val="0"/>
      <w:dstrike w:val="0"/>
      <w:color w:val="FF66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noleasa.ro" TargetMode="External"/><Relationship Id="rId4" Type="http://schemas.openxmlformats.org/officeDocument/2006/relationships/settings" Target="settings.xml"/><Relationship Id="rId9" Type="http://schemas.openxmlformats.org/officeDocument/2006/relationships/hyperlink" Target="mailto:primaria_manoleas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88617-C0EB-42D3-8196-3FC501BC3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agricol</dc:creator>
  <cp:lastModifiedBy>Laptop</cp:lastModifiedBy>
  <cp:revision>7</cp:revision>
  <dcterms:created xsi:type="dcterms:W3CDTF">2026-10-15T12:41:00Z</dcterms:created>
  <dcterms:modified xsi:type="dcterms:W3CDTF">2026-10-27T08:24:00Z</dcterms:modified>
</cp:coreProperties>
</file>