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E2A99" w:rsidRPr="009E2A99" w:rsidTr="006E2A3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9E2A99" w:rsidRPr="009E2A99" w:rsidRDefault="009E2A99" w:rsidP="009E2A99">
            <w:pPr>
              <w:keepNext/>
              <w:jc w:val="center"/>
              <w:rPr>
                <w:i/>
                <w:color w:val="595959"/>
              </w:rPr>
            </w:pPr>
            <w:r w:rsidRPr="009E2A99">
              <w:rPr>
                <w:rFonts w:asciiTheme="majorHAnsi" w:hAnsiTheme="majorHAnsi"/>
                <w:noProof/>
                <w:lang w:val="ro-RO" w:eastAsia="ro-RO"/>
              </w:rPr>
              <w:drawing>
                <wp:inline distT="0" distB="0" distL="0" distR="0" wp14:anchorId="3364482A" wp14:editId="29313ECA">
                  <wp:extent cx="904875" cy="1181100"/>
                  <wp:effectExtent l="19050" t="0" r="9525" b="0"/>
                  <wp:docPr id="1" name="Picture 3" descr="ROU_BT_Manoleasa_Co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OU_BT_Manoleasa_Co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2A99" w:rsidRPr="009E2A99" w:rsidRDefault="009E2A99" w:rsidP="009E2A99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9E2A99" w:rsidRPr="009E2A99" w:rsidRDefault="009E2A99" w:rsidP="009E2A99">
            <w:pPr>
              <w:keepNext/>
            </w:pPr>
            <w:proofErr w:type="spellStart"/>
            <w:r w:rsidRPr="009E2A99">
              <w:rPr>
                <w:b/>
              </w:rPr>
              <w:t>Județul</w:t>
            </w:r>
            <w:proofErr w:type="spellEnd"/>
            <w:r w:rsidRPr="009E2A99">
              <w:rPr>
                <w:b/>
              </w:rPr>
              <w:t xml:space="preserve">   </w:t>
            </w:r>
            <w:proofErr w:type="spellStart"/>
            <w:r w:rsidRPr="009E2A99">
              <w:rPr>
                <w:b/>
              </w:rPr>
              <w:t>Botoșani</w:t>
            </w:r>
            <w:proofErr w:type="spellEnd"/>
          </w:p>
          <w:p w:rsidR="009E2A99" w:rsidRPr="009E2A99" w:rsidRDefault="009E2A99" w:rsidP="009E2A99">
            <w:pPr>
              <w:keepNext/>
            </w:pPr>
          </w:p>
        </w:tc>
      </w:tr>
      <w:tr w:rsidR="009E2A99" w:rsidRPr="009E2A99" w:rsidTr="006E2A37">
        <w:trPr>
          <w:cantSplit/>
          <w:trHeight w:val="510"/>
        </w:trPr>
        <w:tc>
          <w:tcPr>
            <w:tcW w:w="1606" w:type="dxa"/>
            <w:vMerge/>
          </w:tcPr>
          <w:p w:rsidR="009E2A99" w:rsidRPr="009E2A99" w:rsidRDefault="009E2A99" w:rsidP="009E2A99"/>
        </w:tc>
        <w:tc>
          <w:tcPr>
            <w:tcW w:w="8030" w:type="dxa"/>
            <w:gridSpan w:val="3"/>
            <w:shd w:val="clear" w:color="auto" w:fill="F0F0F0"/>
          </w:tcPr>
          <w:p w:rsidR="009E2A99" w:rsidRPr="009E2A99" w:rsidRDefault="009E2A99" w:rsidP="009E2A99">
            <w:pPr>
              <w:keepNext/>
            </w:pPr>
            <w:proofErr w:type="spellStart"/>
            <w:r w:rsidRPr="009E2A99">
              <w:rPr>
                <w:b/>
              </w:rPr>
              <w:t>Primăria</w:t>
            </w:r>
            <w:proofErr w:type="spellEnd"/>
            <w:r w:rsidRPr="009E2A99">
              <w:rPr>
                <w:b/>
              </w:rPr>
              <w:t xml:space="preserve"> </w:t>
            </w:r>
            <w:proofErr w:type="spellStart"/>
            <w:r w:rsidRPr="009E2A99">
              <w:rPr>
                <w:b/>
              </w:rPr>
              <w:t>Manoleasa</w:t>
            </w:r>
            <w:proofErr w:type="spellEnd"/>
          </w:p>
          <w:p w:rsidR="009E2A99" w:rsidRPr="009E2A99" w:rsidRDefault="009E2A99" w:rsidP="009E2A99">
            <w:pPr>
              <w:keepNext/>
            </w:pPr>
          </w:p>
        </w:tc>
      </w:tr>
      <w:tr w:rsidR="009E2A99" w:rsidRPr="009E2A99" w:rsidTr="006E2A37">
        <w:trPr>
          <w:cantSplit/>
          <w:trHeight w:val="510"/>
        </w:trPr>
        <w:tc>
          <w:tcPr>
            <w:tcW w:w="1606" w:type="dxa"/>
            <w:vMerge/>
          </w:tcPr>
          <w:p w:rsidR="009E2A99" w:rsidRPr="009E2A99" w:rsidRDefault="009E2A99" w:rsidP="009E2A99"/>
        </w:tc>
        <w:tc>
          <w:tcPr>
            <w:tcW w:w="2409" w:type="dxa"/>
            <w:shd w:val="clear" w:color="auto" w:fill="F0F0F0"/>
          </w:tcPr>
          <w:p w:rsidR="009E2A99" w:rsidRPr="009E2A99" w:rsidRDefault="009E2A99" w:rsidP="009E2A99">
            <w:pPr>
              <w:keepNext/>
              <w:rPr>
                <w:lang w:val="fr-FR"/>
              </w:rPr>
            </w:pPr>
            <w:r w:rsidRPr="009E2A99">
              <w:rPr>
                <w:b/>
                <w:lang w:val="fr-FR"/>
              </w:rPr>
              <w:t xml:space="preserve">Cod </w:t>
            </w:r>
            <w:proofErr w:type="gramStart"/>
            <w:r w:rsidRPr="009E2A99">
              <w:rPr>
                <w:b/>
                <w:lang w:val="fr-FR"/>
              </w:rPr>
              <w:t xml:space="preserve">de </w:t>
            </w:r>
            <w:proofErr w:type="spellStart"/>
            <w:r w:rsidRPr="009E2A99">
              <w:rPr>
                <w:b/>
                <w:lang w:val="fr-FR"/>
              </w:rPr>
              <w:t>identificare</w:t>
            </w:r>
            <w:proofErr w:type="spellEnd"/>
            <w:proofErr w:type="gramEnd"/>
            <w:r w:rsidRPr="009E2A99">
              <w:rPr>
                <w:b/>
                <w:lang w:val="fr-FR"/>
              </w:rPr>
              <w:t xml:space="preserve"> </w:t>
            </w:r>
            <w:proofErr w:type="spellStart"/>
            <w:r w:rsidRPr="009E2A99">
              <w:rPr>
                <w:b/>
                <w:lang w:val="fr-FR"/>
              </w:rPr>
              <w:t>fiscală</w:t>
            </w:r>
            <w:proofErr w:type="spellEnd"/>
            <w:r w:rsidRPr="009E2A99">
              <w:rPr>
                <w:b/>
                <w:lang w:val="fr-FR"/>
              </w:rPr>
              <w:t xml:space="preserve"> (CIF)</w:t>
            </w:r>
          </w:p>
          <w:p w:rsidR="009E2A99" w:rsidRPr="009E2A99" w:rsidRDefault="009E2A99" w:rsidP="009E2A99">
            <w:pPr>
              <w:keepNext/>
              <w:rPr>
                <w:lang w:val="fr-FR"/>
              </w:rPr>
            </w:pPr>
            <w:r w:rsidRPr="009E2A99">
              <w:rPr>
                <w:b/>
                <w:lang w:val="it-IT"/>
              </w:rPr>
              <w:t>3643906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9E2A99" w:rsidRPr="009E2A99" w:rsidRDefault="009E2A99" w:rsidP="009E2A99">
            <w:pPr>
              <w:keepNext/>
              <w:rPr>
                <w:b/>
                <w:lang w:val="pt-PT"/>
              </w:rPr>
            </w:pPr>
            <w:r w:rsidRPr="009E2A99">
              <w:rPr>
                <w:b/>
                <w:lang w:val="pt-PT"/>
              </w:rPr>
              <w:t>Adresa: Strada Principal</w:t>
            </w:r>
            <w:r w:rsidRPr="009E2A99">
              <w:rPr>
                <w:b/>
                <w:lang w:val="ro-RO"/>
              </w:rPr>
              <w:t>ă</w:t>
            </w:r>
            <w:r w:rsidRPr="009E2A99">
              <w:rPr>
                <w:b/>
                <w:lang w:val="pt-PT"/>
              </w:rPr>
              <w:t>, Nr. 37, Cod poștal 717230</w:t>
            </w:r>
          </w:p>
          <w:p w:rsidR="009E2A99" w:rsidRPr="009E2A99" w:rsidRDefault="009E2A99" w:rsidP="009E2A99">
            <w:pPr>
              <w:keepNext/>
              <w:rPr>
                <w:b/>
                <w:lang w:val="it-IT"/>
              </w:rPr>
            </w:pPr>
            <w:r w:rsidRPr="009E2A99">
              <w:rPr>
                <w:b/>
                <w:lang w:val="it-IT"/>
              </w:rPr>
              <w:t xml:space="preserve">Telefon: </w:t>
            </w:r>
            <w:r w:rsidRPr="009E2A99">
              <w:rPr>
                <w:rFonts w:cs="Times New Roman"/>
                <w:b/>
                <w:lang w:eastAsia="ro-RO"/>
              </w:rPr>
              <w:t xml:space="preserve">0231-560101 / </w:t>
            </w:r>
            <w:r w:rsidRPr="009E2A99">
              <w:rPr>
                <w:b/>
                <w:lang w:val="it-IT"/>
              </w:rPr>
              <w:t xml:space="preserve"> </w:t>
            </w:r>
            <w:r w:rsidRPr="009E2A99">
              <w:rPr>
                <w:rFonts w:cs="Times New Roman"/>
                <w:b/>
                <w:lang w:eastAsia="ro-RO"/>
              </w:rPr>
              <w:t>0231-560222</w:t>
            </w:r>
          </w:p>
          <w:p w:rsidR="009E2A99" w:rsidRPr="009E2A99" w:rsidRDefault="009E2A99" w:rsidP="009E2A99">
            <w:pPr>
              <w:keepNext/>
              <w:rPr>
                <w:b/>
                <w:lang w:val="it-IT"/>
              </w:rPr>
            </w:pPr>
            <w:r w:rsidRPr="009E2A99">
              <w:rPr>
                <w:b/>
                <w:lang w:val="it-IT"/>
              </w:rPr>
              <w:t xml:space="preserve">E-mail: </w:t>
            </w:r>
            <w:r w:rsidRPr="009E2A99">
              <w:rPr>
                <w:rFonts w:cs="Times New Roman"/>
                <w:lang w:eastAsia="ro-RO"/>
              </w:rPr>
              <w:t xml:space="preserve">: </w:t>
            </w:r>
            <w:hyperlink r:id="rId9" w:history="1">
              <w:r w:rsidRPr="009E2A99">
                <w:rPr>
                  <w:rFonts w:cs="Times New Roman"/>
                  <w:b/>
                </w:rPr>
                <w:t>primaria_manoleasa@yahoo.com</w:t>
              </w:r>
            </w:hyperlink>
          </w:p>
          <w:p w:rsidR="009E2A99" w:rsidRPr="009E2A99" w:rsidRDefault="009E2A99" w:rsidP="009E2A99">
            <w:pPr>
              <w:keepNext/>
              <w:rPr>
                <w:b/>
              </w:rPr>
            </w:pPr>
            <w:r w:rsidRPr="009E2A99">
              <w:rPr>
                <w:rFonts w:cs="Times New Roman"/>
                <w:b/>
                <w:lang w:eastAsia="ro-RO"/>
              </w:rPr>
              <w:t xml:space="preserve">internet: </w:t>
            </w:r>
            <w:hyperlink r:id="rId10" w:history="1">
              <w:r w:rsidRPr="009E2A99">
                <w:rPr>
                  <w:rFonts w:cs="Times New Roman"/>
                  <w:b/>
                </w:rPr>
                <w:t>http://www.comunamanoleasa.ro</w:t>
              </w:r>
            </w:hyperlink>
          </w:p>
        </w:tc>
      </w:tr>
      <w:tr w:rsidR="009E2A99" w:rsidRPr="009E2A99" w:rsidTr="006E2A37">
        <w:trPr>
          <w:cantSplit/>
          <w:trHeight w:val="510"/>
        </w:trPr>
        <w:tc>
          <w:tcPr>
            <w:tcW w:w="1606" w:type="dxa"/>
            <w:vMerge/>
          </w:tcPr>
          <w:p w:rsidR="009E2A99" w:rsidRPr="009E2A99" w:rsidRDefault="009E2A99" w:rsidP="009E2A99"/>
        </w:tc>
        <w:tc>
          <w:tcPr>
            <w:tcW w:w="4818" w:type="dxa"/>
            <w:gridSpan w:val="2"/>
            <w:shd w:val="clear" w:color="auto" w:fill="F0F0F0"/>
          </w:tcPr>
          <w:p w:rsidR="009E2A99" w:rsidRPr="009E2A99" w:rsidRDefault="009E2A99" w:rsidP="009E2A99">
            <w:pPr>
              <w:keepNext/>
            </w:pPr>
            <w:proofErr w:type="spellStart"/>
            <w:r w:rsidRPr="009E2A99">
              <w:rPr>
                <w:b/>
              </w:rPr>
              <w:t>Număr</w:t>
            </w:r>
            <w:proofErr w:type="spellEnd"/>
            <w:r w:rsidRPr="009E2A99">
              <w:rPr>
                <w:b/>
              </w:rPr>
              <w:t xml:space="preserve"> de </w:t>
            </w:r>
            <w:proofErr w:type="spellStart"/>
            <w:r w:rsidRPr="009E2A99">
              <w:rPr>
                <w:b/>
              </w:rPr>
              <w:t>înregistrare</w:t>
            </w:r>
            <w:proofErr w:type="spellEnd"/>
          </w:p>
          <w:p w:rsidR="009E2A99" w:rsidRPr="009E2A99" w:rsidRDefault="009E2A99" w:rsidP="009E2A99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9E2A99" w:rsidRPr="009E2A99" w:rsidRDefault="009E2A99" w:rsidP="009E2A99">
            <w:pPr>
              <w:keepNext/>
            </w:pPr>
            <w:r w:rsidRPr="009E2A99">
              <w:rPr>
                <w:b/>
              </w:rPr>
              <w:t>Data</w:t>
            </w:r>
          </w:p>
          <w:p w:rsidR="009E2A99" w:rsidRPr="009E2A99" w:rsidRDefault="009E2A99" w:rsidP="009E2A99">
            <w:pPr>
              <w:keepNext/>
            </w:pPr>
          </w:p>
        </w:tc>
      </w:tr>
    </w:tbl>
    <w:p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bookmarkStart w:id="0" w:name="_GoBack"/>
      <w:bookmarkEnd w:id="0"/>
      <w:r w:rsidRPr="004E6AFA">
        <w:rPr>
          <w:b/>
          <w:sz w:val="28"/>
          <w:szCs w:val="28"/>
          <w:lang w:val="fr-FR"/>
        </w:rPr>
        <w:t>CERERE</w:t>
      </w:r>
    </w:p>
    <w:p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>
        <w:trPr>
          <w:cantSplit/>
        </w:trPr>
        <w:tc>
          <w:tcPr>
            <w:tcW w:w="9636" w:type="dxa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>
        <w:trPr>
          <w:cantSplit/>
          <w:trHeight w:val="510"/>
        </w:trPr>
        <w:tc>
          <w:tcPr>
            <w:tcW w:w="9636" w:type="dxa"/>
          </w:tcPr>
          <w:p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sector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:rsidR="00945CC5" w:rsidRPr="003E706D" w:rsidRDefault="00945CC5">
            <w:pPr>
              <w:keepNext/>
              <w:rPr>
                <w:lang w:val="fr-FR"/>
              </w:rPr>
            </w:pPr>
          </w:p>
        </w:tc>
      </w:tr>
      <w:tr w:rsidR="00945CC5" w:rsidRPr="004E6AFA">
        <w:trPr>
          <w:cantSplit/>
        </w:trPr>
        <w:tc>
          <w:tcPr>
            <w:tcW w:w="9636" w:type="dxa"/>
            <w:shd w:val="clear" w:color="auto" w:fill="F4F4F4"/>
          </w:tcPr>
          <w:p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>
        <w:trPr>
          <w:cantSplit/>
          <w:trHeight w:val="510"/>
        </w:trPr>
        <w:tc>
          <w:tcPr>
            <w:tcW w:w="5621" w:type="dxa"/>
            <w:gridSpan w:val="5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>
        <w:trPr>
          <w:cantSplit/>
          <w:trHeight w:val="510"/>
        </w:trPr>
        <w:tc>
          <w:tcPr>
            <w:tcW w:w="1606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945CC5" w:rsidRDefault="00945CC5">
            <w:pPr>
              <w:keepNext/>
            </w:pPr>
          </w:p>
        </w:tc>
        <w:tc>
          <w:tcPr>
            <w:tcW w:w="1606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945CC5" w:rsidRDefault="00945CC5">
            <w:pPr>
              <w:keepNext/>
            </w:pPr>
          </w:p>
        </w:tc>
        <w:tc>
          <w:tcPr>
            <w:tcW w:w="1606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45CC5" w:rsidRDefault="00FA7758">
            <w:pPr>
              <w:keepNext/>
            </w:pP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>
        <w:trPr>
          <w:cantSplit/>
          <w:trHeight w:val="510"/>
        </w:trPr>
        <w:tc>
          <w:tcPr>
            <w:tcW w:w="3212" w:type="dxa"/>
            <w:gridSpan w:val="2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3212" w:type="dxa"/>
            <w:gridSpan w:val="2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945CC5" w:rsidRDefault="00945CC5">
            <w:pPr>
              <w:keepNext/>
            </w:pPr>
          </w:p>
        </w:tc>
        <w:tc>
          <w:tcPr>
            <w:tcW w:w="803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945CC5" w:rsidRDefault="00945CC5">
            <w:pPr>
              <w:keepNext/>
            </w:pPr>
          </w:p>
        </w:tc>
        <w:tc>
          <w:tcPr>
            <w:tcW w:w="803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945CC5" w:rsidRDefault="00945CC5">
            <w:pPr>
              <w:keepNext/>
            </w:pPr>
          </w:p>
        </w:tc>
        <w:tc>
          <w:tcPr>
            <w:tcW w:w="803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945CC5" w:rsidRDefault="00945CC5">
            <w:pPr>
              <w:keepNext/>
            </w:pPr>
          </w:p>
        </w:tc>
        <w:tc>
          <w:tcPr>
            <w:tcW w:w="803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945CC5" w:rsidRDefault="00945CC5">
            <w:pPr>
              <w:keepNext/>
            </w:pPr>
          </w:p>
        </w:tc>
        <w:tc>
          <w:tcPr>
            <w:tcW w:w="1606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1606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945CC5" w:rsidRDefault="00945CC5">
            <w:pPr>
              <w:keepNext/>
            </w:pPr>
          </w:p>
        </w:tc>
      </w:tr>
      <w:tr w:rsidR="00945CC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>
        <w:trPr>
          <w:cantSplit/>
          <w:trHeight w:val="510"/>
        </w:trPr>
        <w:tc>
          <w:tcPr>
            <w:tcW w:w="4015" w:type="dxa"/>
            <w:gridSpan w:val="3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45CC5" w:rsidRDefault="00FA7758">
            <w:pPr>
              <w:keepNext/>
            </w:pP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>
        <w:trPr>
          <w:cantSplit/>
          <w:trHeight w:val="510"/>
        </w:trPr>
        <w:tc>
          <w:tcPr>
            <w:tcW w:w="6424" w:type="dxa"/>
            <w:gridSpan w:val="6"/>
          </w:tcPr>
          <w:p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:rsidR="00945CC5" w:rsidRDefault="00945CC5"/>
        </w:tc>
        <w:tc>
          <w:tcPr>
            <w:tcW w:w="3212" w:type="dxa"/>
            <w:gridSpan w:val="2"/>
          </w:tcPr>
          <w:p w:rsidR="00945CC5" w:rsidRDefault="00FA7758">
            <w:r>
              <w:rPr>
                <w:b/>
                <w:color w:val="0D5F78"/>
              </w:rPr>
              <w:t>CUI / CIF</w:t>
            </w:r>
          </w:p>
          <w:p w:rsidR="00945CC5" w:rsidRDefault="00945CC5"/>
        </w:tc>
      </w:tr>
    </w:tbl>
    <w:p w:rsidR="00945CC5" w:rsidRDefault="00945CC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>
        <w:trPr>
          <w:cantSplit/>
          <w:trHeight w:val="510"/>
        </w:trPr>
        <w:tc>
          <w:tcPr>
            <w:tcW w:w="1606" w:type="dxa"/>
          </w:tcPr>
          <w:p w:rsidR="00945CC5" w:rsidRDefault="00FA7758">
            <w:r>
              <w:rPr>
                <w:b/>
                <w:color w:val="0D5F78"/>
              </w:rPr>
              <w:t>Nr.</w:t>
            </w:r>
          </w:p>
          <w:p w:rsidR="00945CC5" w:rsidRDefault="00945CC5"/>
        </w:tc>
        <w:tc>
          <w:tcPr>
            <w:tcW w:w="1606" w:type="dxa"/>
          </w:tcPr>
          <w:p w:rsidR="00945CC5" w:rsidRDefault="00FA7758">
            <w:r>
              <w:rPr>
                <w:b/>
                <w:color w:val="0D5F78"/>
              </w:rPr>
              <w:t>Din data</w:t>
            </w:r>
          </w:p>
          <w:p w:rsidR="00945CC5" w:rsidRDefault="00945CC5"/>
        </w:tc>
        <w:tc>
          <w:tcPr>
            <w:tcW w:w="2409" w:type="dxa"/>
          </w:tcPr>
          <w:p w:rsidR="00945CC5" w:rsidRDefault="00FA7758">
            <w:proofErr w:type="spellStart"/>
            <w:r>
              <w:rPr>
                <w:b/>
                <w:color w:val="0D5F78"/>
              </w:rPr>
              <w:t>Termen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:rsidR="00945CC5" w:rsidRDefault="00945CC5"/>
        </w:tc>
        <w:tc>
          <w:tcPr>
            <w:tcW w:w="4015" w:type="dxa"/>
          </w:tcPr>
          <w:p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945CC5" w:rsidRDefault="00945CC5"/>
        </w:tc>
      </w:tr>
    </w:tbl>
    <w:p w:rsidR="00945CC5" w:rsidRDefault="00945CC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>
        <w:trPr>
          <w:cantSplit/>
        </w:trPr>
        <w:tc>
          <w:tcPr>
            <w:tcW w:w="9636" w:type="dxa"/>
            <w:gridSpan w:val="6"/>
          </w:tcPr>
          <w:p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>
        <w:trPr>
          <w:cantSplit/>
          <w:trHeight w:val="510"/>
        </w:trPr>
        <w:tc>
          <w:tcPr>
            <w:tcW w:w="3212" w:type="dxa"/>
            <w:gridSpan w:val="2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1606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945CC5" w:rsidRDefault="00945CC5">
            <w:pPr>
              <w:keepNext/>
            </w:pPr>
          </w:p>
        </w:tc>
        <w:tc>
          <w:tcPr>
            <w:tcW w:w="803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945CC5" w:rsidRDefault="00945CC5">
            <w:pPr>
              <w:keepNext/>
            </w:pPr>
          </w:p>
        </w:tc>
        <w:tc>
          <w:tcPr>
            <w:tcW w:w="2409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5621" w:type="dxa"/>
            <w:gridSpan w:val="3"/>
          </w:tcPr>
          <w:p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</w:trPr>
        <w:tc>
          <w:tcPr>
            <w:tcW w:w="9636" w:type="dxa"/>
            <w:gridSpan w:val="6"/>
          </w:tcPr>
          <w:p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:rsidR="00945CC5" w:rsidRDefault="00945CC5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>
        <w:trPr>
          <w:cantSplit/>
        </w:trPr>
        <w:tc>
          <w:tcPr>
            <w:tcW w:w="9636" w:type="dxa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MODIFICĂRILE DE TEMĂ SOLICITATE</w:t>
            </w:r>
          </w:p>
        </w:tc>
      </w:tr>
      <w:tr w:rsidR="00945CC5">
        <w:trPr>
          <w:cantSplit/>
        </w:trPr>
        <w:tc>
          <w:tcPr>
            <w:tcW w:w="9636" w:type="dxa"/>
          </w:tcPr>
          <w:p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:rsidR="00945CC5" w:rsidRDefault="00945CC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>
        <w:trPr>
          <w:cantSplit/>
        </w:trPr>
        <w:tc>
          <w:tcPr>
            <w:tcW w:w="9636" w:type="dxa"/>
            <w:gridSpan w:val="4"/>
          </w:tcPr>
          <w:p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</w:p>
        </w:tc>
      </w:tr>
      <w:tr w:rsidR="00945CC5">
        <w:trPr>
          <w:cantSplit/>
          <w:trHeight w:val="510"/>
        </w:trPr>
        <w:tc>
          <w:tcPr>
            <w:tcW w:w="3212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4015" w:type="dxa"/>
            <w:gridSpan w:val="2"/>
          </w:tcPr>
          <w:p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:rsidR="00945CC5" w:rsidRDefault="00945CC5"/>
        </w:tc>
        <w:tc>
          <w:tcPr>
            <w:tcW w:w="1606" w:type="dxa"/>
          </w:tcPr>
          <w:p w:rsidR="00945CC5" w:rsidRDefault="00FA7758">
            <w:r>
              <w:rPr>
                <w:b/>
                <w:color w:val="0D5F78"/>
              </w:rPr>
              <w:t>Nr. TNA</w:t>
            </w:r>
          </w:p>
          <w:p w:rsidR="00945CC5" w:rsidRDefault="00945CC5"/>
        </w:tc>
        <w:tc>
          <w:tcPr>
            <w:tcW w:w="4015" w:type="dxa"/>
          </w:tcPr>
          <w:p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pe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:rsidR="00945CC5" w:rsidRDefault="00945CC5"/>
        </w:tc>
      </w:tr>
    </w:tbl>
    <w:p w:rsidR="00945CC5" w:rsidRDefault="00945CC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>
        <w:trPr>
          <w:cantSplit/>
        </w:trPr>
        <w:tc>
          <w:tcPr>
            <w:tcW w:w="9636" w:type="dxa"/>
            <w:gridSpan w:val="2"/>
          </w:tcPr>
          <w:p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>
        <w:trPr>
          <w:cantSplit/>
          <w:trHeight w:val="510"/>
        </w:trPr>
        <w:tc>
          <w:tcPr>
            <w:tcW w:w="5621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4015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5621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4015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5621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4015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5621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4015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5621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4015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5621" w:type="dxa"/>
          </w:tcPr>
          <w:p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:rsidR="00945CC5" w:rsidRDefault="00945CC5"/>
        </w:tc>
        <w:tc>
          <w:tcPr>
            <w:tcW w:w="4015" w:type="dxa"/>
          </w:tcPr>
          <w:p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945CC5" w:rsidRDefault="00945CC5"/>
        </w:tc>
      </w:tr>
    </w:tbl>
    <w:p w:rsidR="00945CC5" w:rsidRDefault="00945CC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945CC5" w:rsidRPr="004E6AFA">
        <w:trPr>
          <w:cantSplit/>
          <w:trHeight w:val="510"/>
        </w:trPr>
        <w:tc>
          <w:tcPr>
            <w:tcW w:w="4015" w:type="dxa"/>
          </w:tcPr>
          <w:p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:rsidR="00945CC5" w:rsidRDefault="00945CC5"/>
        </w:tc>
        <w:tc>
          <w:tcPr>
            <w:tcW w:w="3212" w:type="dxa"/>
          </w:tcPr>
          <w:p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:rsidR="00945CC5" w:rsidRDefault="00945CC5"/>
        </w:tc>
        <w:tc>
          <w:tcPr>
            <w:tcW w:w="2409" w:type="dxa"/>
          </w:tcPr>
          <w:p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:rsidR="00945CC5" w:rsidRPr="003E706D" w:rsidRDefault="00945CC5">
            <w:pPr>
              <w:rPr>
                <w:lang w:val="fr-FR"/>
              </w:rPr>
            </w:pPr>
          </w:p>
        </w:tc>
      </w:tr>
    </w:tbl>
    <w:p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>
        <w:trPr>
          <w:cantSplit/>
        </w:trPr>
        <w:tc>
          <w:tcPr>
            <w:tcW w:w="9636" w:type="dxa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>
        <w:trPr>
          <w:cantSplit/>
        </w:trPr>
        <w:tc>
          <w:tcPr>
            <w:tcW w:w="9636" w:type="dxa"/>
          </w:tcPr>
          <w:p w:rsidR="00945CC5" w:rsidRPr="004E6AFA" w:rsidRDefault="00FA7758">
            <w:pPr>
              <w:keepNext/>
            </w:pPr>
            <w:r w:rsidRPr="004E6AFA">
              <w:rPr>
                <w:sz w:val="16"/>
              </w:rPr>
              <w:t xml:space="preserve">☐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a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>
        <w:trPr>
          <w:cantSplit/>
        </w:trPr>
        <w:tc>
          <w:tcPr>
            <w:tcW w:w="9636" w:type="dxa"/>
          </w:tcPr>
          <w:p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copie)</w:t>
            </w:r>
          </w:p>
        </w:tc>
      </w:tr>
      <w:tr w:rsidR="00945CC5" w:rsidRPr="004E6AFA">
        <w:trPr>
          <w:cantSplit/>
        </w:trPr>
        <w:tc>
          <w:tcPr>
            <w:tcW w:w="9636" w:type="dxa"/>
          </w:tcPr>
          <w:p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copie):</w:t>
            </w:r>
          </w:p>
        </w:tc>
      </w:tr>
      <w:tr w:rsidR="00945CC5" w:rsidRPr="004E6AFA">
        <w:trPr>
          <w:cantSplit/>
        </w:trPr>
        <w:tc>
          <w:tcPr>
            <w:tcW w:w="9636" w:type="dxa"/>
          </w:tcPr>
          <w:p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>
        <w:trPr>
          <w:cantSplit/>
        </w:trPr>
        <w:tc>
          <w:tcPr>
            <w:tcW w:w="9636" w:type="dxa"/>
          </w:tcPr>
          <w:p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și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>
        <w:trPr>
          <w:cantSplit/>
        </w:trPr>
        <w:tc>
          <w:tcPr>
            <w:tcW w:w="9636" w:type="dxa"/>
          </w:tcPr>
          <w:p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  <w:p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(copie)   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>
        <w:trPr>
          <w:cantSplit/>
        </w:trPr>
        <w:tc>
          <w:tcPr>
            <w:tcW w:w="9636" w:type="dxa"/>
          </w:tcPr>
          <w:p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propria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cerere anterior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stabilește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 xml:space="preserve">(2) din </w:t>
            </w:r>
            <w:proofErr w:type="spellStart"/>
            <w:r>
              <w:rPr>
                <w:i/>
                <w:sz w:val="17"/>
              </w:rPr>
              <w:t>Lege</w:t>
            </w:r>
            <w:r w:rsidR="00A71320">
              <w:rPr>
                <w:i/>
                <w:sz w:val="17"/>
              </w:rPr>
              <w:t>a</w:t>
            </w:r>
            <w:proofErr w:type="spellEnd"/>
            <w:r w:rsidR="00A71320">
              <w:rPr>
                <w:i/>
                <w:sz w:val="17"/>
              </w:rPr>
              <w:t xml:space="preserve"> </w:t>
            </w:r>
            <w:r w:rsidR="00A71320" w:rsidRPr="00A71320">
              <w:rPr>
                <w:i/>
                <w:sz w:val="17"/>
              </w:rPr>
              <w:t>nr. 169/2026</w:t>
            </w:r>
            <w:r>
              <w:rPr>
                <w:i/>
                <w:sz w:val="17"/>
              </w:rPr>
              <w:t>.</w:t>
            </w:r>
          </w:p>
        </w:tc>
      </w:tr>
    </w:tbl>
    <w:p w:rsidR="00945CC5" w:rsidRDefault="00945CC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45CC5">
        <w:trPr>
          <w:cantSplit/>
          <w:trHeight w:val="510"/>
        </w:trPr>
        <w:tc>
          <w:tcPr>
            <w:tcW w:w="1606" w:type="dxa"/>
          </w:tcPr>
          <w:p w:rsidR="00945CC5" w:rsidRDefault="00FA7758">
            <w:r>
              <w:rPr>
                <w:b/>
                <w:color w:val="0D5F78"/>
              </w:rPr>
              <w:t>Data</w:t>
            </w:r>
          </w:p>
          <w:p w:rsidR="00945CC5" w:rsidRDefault="00945CC5"/>
        </w:tc>
        <w:tc>
          <w:tcPr>
            <w:tcW w:w="4818" w:type="dxa"/>
          </w:tcPr>
          <w:p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:rsidR="00945CC5" w:rsidRDefault="00945CC5"/>
        </w:tc>
        <w:tc>
          <w:tcPr>
            <w:tcW w:w="3212" w:type="dxa"/>
          </w:tcPr>
          <w:p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945CC5" w:rsidRDefault="00945CC5"/>
        </w:tc>
      </w:tr>
    </w:tbl>
    <w:p w:rsidR="00945CC5" w:rsidRDefault="00945CC5">
      <w:pPr>
        <w:spacing w:line="168" w:lineRule="auto"/>
      </w:pPr>
    </w:p>
    <w:sectPr w:rsidR="00945CC5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7758" w:rsidRDefault="00FA7758">
      <w:r>
        <w:separator/>
      </w:r>
    </w:p>
  </w:endnote>
  <w:endnote w:type="continuationSeparator" w:id="0">
    <w:p w:rsidR="00FA7758" w:rsidRDefault="00FA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CC5" w:rsidRDefault="00FA7758">
    <w:pPr>
      <w:pStyle w:val="Subsol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  <w:t>pagina</w:t>
    </w:r>
    <w:r w:rsidR="00506375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506375">
      <w:rPr>
        <w:color w:val="595959"/>
      </w:rPr>
      <w:fldChar w:fldCharType="separate"/>
    </w:r>
    <w:r w:rsidR="00092D38">
      <w:rPr>
        <w:noProof/>
        <w:color w:val="595959"/>
      </w:rPr>
      <w:t>2</w:t>
    </w:r>
    <w:r w:rsidR="00506375">
      <w:rPr>
        <w:color w:val="595959"/>
      </w:rPr>
      <w:fldChar w:fldCharType="end"/>
    </w:r>
    <w:r>
      <w:rPr>
        <w:color w:val="595959"/>
      </w:rPr>
      <w:t xml:space="preserve"> din </w:t>
    </w:r>
    <w:r w:rsidR="00506375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506375">
      <w:rPr>
        <w:color w:val="595959"/>
      </w:rPr>
      <w:fldChar w:fldCharType="separate"/>
    </w:r>
    <w:r w:rsidR="00092D38">
      <w:rPr>
        <w:noProof/>
        <w:color w:val="595959"/>
      </w:rPr>
      <w:t>2</w:t>
    </w:r>
    <w:r w:rsidR="00506375"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7758" w:rsidRDefault="00FA7758">
      <w:r>
        <w:separator/>
      </w:r>
    </w:p>
  </w:footnote>
  <w:footnote w:type="continuationSeparator" w:id="0">
    <w:p w:rsidR="00FA7758" w:rsidRDefault="00FA7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092D38"/>
    <w:rsid w:val="0015074B"/>
    <w:rsid w:val="0029639D"/>
    <w:rsid w:val="002C2157"/>
    <w:rsid w:val="002F7EE8"/>
    <w:rsid w:val="00326F90"/>
    <w:rsid w:val="003E706D"/>
    <w:rsid w:val="00485331"/>
    <w:rsid w:val="004E6AFA"/>
    <w:rsid w:val="00506375"/>
    <w:rsid w:val="006C103E"/>
    <w:rsid w:val="00787E5F"/>
    <w:rsid w:val="00945CC5"/>
    <w:rsid w:val="009E2A99"/>
    <w:rsid w:val="00A71320"/>
    <w:rsid w:val="00AA1D8D"/>
    <w:rsid w:val="00AF0173"/>
    <w:rsid w:val="00B47730"/>
    <w:rsid w:val="00CB0664"/>
    <w:rsid w:val="00E61A6B"/>
    <w:rsid w:val="00E731D6"/>
    <w:rsid w:val="00ED5654"/>
    <w:rsid w:val="00FA7758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E94EB9C-F74C-45CC-940D-DB32DFD0D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ED565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D5654"/>
    <w:rPr>
      <w:rFonts w:ascii="Tahoma" w:hAnsi="Tahoma" w:cs="Tahoma"/>
      <w:sz w:val="16"/>
      <w:szCs w:val="16"/>
    </w:rPr>
  </w:style>
  <w:style w:type="character" w:styleId="Hyperlink">
    <w:name w:val="Hyperlink"/>
    <w:rsid w:val="00485331"/>
    <w:rPr>
      <w:b/>
      <w:bCs/>
      <w:strike w:val="0"/>
      <w:dstrike w:val="0"/>
      <w:color w:val="FF66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3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anoleas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_manoleas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D57EEA-03D2-4B5C-8AF9-0C4E6D5C1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588</Words>
  <Characters>3417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agricol</dc:creator>
  <cp:lastModifiedBy>Laptop</cp:lastModifiedBy>
  <cp:revision>22</cp:revision>
  <dcterms:created xsi:type="dcterms:W3CDTF">2026-10-15T12:30:00Z</dcterms:created>
  <dcterms:modified xsi:type="dcterms:W3CDTF">2026-10-27T08:41:00Z</dcterms:modified>
</cp:coreProperties>
</file>