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23AFE" w:rsidRPr="00023AFE" w:rsidTr="006E2A3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023AFE" w:rsidRPr="00023AFE" w:rsidRDefault="00023AFE" w:rsidP="00023AFE">
            <w:pPr>
              <w:keepNext/>
              <w:jc w:val="center"/>
              <w:rPr>
                <w:i/>
                <w:color w:val="595959"/>
              </w:rPr>
            </w:pPr>
            <w:r w:rsidRPr="00023AFE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10B40AA4" wp14:editId="6608FC02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AFE" w:rsidRPr="00023AFE" w:rsidRDefault="00023AFE" w:rsidP="00023AFE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023AFE" w:rsidRPr="00023AFE" w:rsidRDefault="00023AFE" w:rsidP="00023AFE">
            <w:pPr>
              <w:keepNext/>
            </w:pPr>
            <w:proofErr w:type="spellStart"/>
            <w:r w:rsidRPr="00023AFE">
              <w:rPr>
                <w:b/>
              </w:rPr>
              <w:t>Județul</w:t>
            </w:r>
            <w:proofErr w:type="spellEnd"/>
            <w:r w:rsidRPr="00023AFE">
              <w:rPr>
                <w:b/>
              </w:rPr>
              <w:t xml:space="preserve">   </w:t>
            </w:r>
            <w:proofErr w:type="spellStart"/>
            <w:r w:rsidRPr="00023AFE">
              <w:rPr>
                <w:b/>
              </w:rPr>
              <w:t>Botoșani</w:t>
            </w:r>
            <w:proofErr w:type="spellEnd"/>
          </w:p>
          <w:p w:rsidR="00023AFE" w:rsidRPr="00023AFE" w:rsidRDefault="00023AFE" w:rsidP="00023AFE">
            <w:pPr>
              <w:keepNext/>
            </w:pPr>
          </w:p>
        </w:tc>
      </w:tr>
      <w:tr w:rsidR="00023AFE" w:rsidRPr="00023AFE" w:rsidTr="006E2A37">
        <w:trPr>
          <w:cantSplit/>
          <w:trHeight w:val="510"/>
        </w:trPr>
        <w:tc>
          <w:tcPr>
            <w:tcW w:w="1606" w:type="dxa"/>
            <w:vMerge/>
          </w:tcPr>
          <w:p w:rsidR="00023AFE" w:rsidRPr="00023AFE" w:rsidRDefault="00023AFE" w:rsidP="00023AFE"/>
        </w:tc>
        <w:tc>
          <w:tcPr>
            <w:tcW w:w="8030" w:type="dxa"/>
            <w:gridSpan w:val="3"/>
            <w:shd w:val="clear" w:color="auto" w:fill="F0F0F0"/>
          </w:tcPr>
          <w:p w:rsidR="00023AFE" w:rsidRPr="00023AFE" w:rsidRDefault="00023AFE" w:rsidP="00023AFE">
            <w:pPr>
              <w:keepNext/>
            </w:pPr>
            <w:proofErr w:type="spellStart"/>
            <w:r w:rsidRPr="00023AFE">
              <w:rPr>
                <w:b/>
              </w:rPr>
              <w:t>Primăria</w:t>
            </w:r>
            <w:proofErr w:type="spellEnd"/>
            <w:r w:rsidRPr="00023AFE">
              <w:rPr>
                <w:b/>
              </w:rPr>
              <w:t xml:space="preserve"> </w:t>
            </w:r>
            <w:proofErr w:type="spellStart"/>
            <w:r w:rsidRPr="00023AFE">
              <w:rPr>
                <w:b/>
              </w:rPr>
              <w:t>Manoleasa</w:t>
            </w:r>
            <w:proofErr w:type="spellEnd"/>
          </w:p>
          <w:p w:rsidR="00023AFE" w:rsidRPr="00023AFE" w:rsidRDefault="00023AFE" w:rsidP="00023AFE">
            <w:pPr>
              <w:keepNext/>
            </w:pPr>
          </w:p>
        </w:tc>
      </w:tr>
      <w:tr w:rsidR="00023AFE" w:rsidRPr="00023AFE" w:rsidTr="006E2A37">
        <w:trPr>
          <w:cantSplit/>
          <w:trHeight w:val="510"/>
        </w:trPr>
        <w:tc>
          <w:tcPr>
            <w:tcW w:w="1606" w:type="dxa"/>
            <w:vMerge/>
          </w:tcPr>
          <w:p w:rsidR="00023AFE" w:rsidRPr="00023AFE" w:rsidRDefault="00023AFE" w:rsidP="00023AFE"/>
        </w:tc>
        <w:tc>
          <w:tcPr>
            <w:tcW w:w="2409" w:type="dxa"/>
            <w:shd w:val="clear" w:color="auto" w:fill="F0F0F0"/>
          </w:tcPr>
          <w:p w:rsidR="00023AFE" w:rsidRPr="00023AFE" w:rsidRDefault="00023AFE" w:rsidP="00023AFE">
            <w:pPr>
              <w:keepNext/>
              <w:rPr>
                <w:lang w:val="fr-FR"/>
              </w:rPr>
            </w:pPr>
            <w:r w:rsidRPr="00023AFE">
              <w:rPr>
                <w:b/>
                <w:lang w:val="fr-FR"/>
              </w:rPr>
              <w:t xml:space="preserve">Cod </w:t>
            </w:r>
            <w:proofErr w:type="gramStart"/>
            <w:r w:rsidRPr="00023AFE">
              <w:rPr>
                <w:b/>
                <w:lang w:val="fr-FR"/>
              </w:rPr>
              <w:t xml:space="preserve">de </w:t>
            </w:r>
            <w:proofErr w:type="spellStart"/>
            <w:r w:rsidRPr="00023AFE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023AFE">
              <w:rPr>
                <w:b/>
                <w:lang w:val="fr-FR"/>
              </w:rPr>
              <w:t xml:space="preserve"> </w:t>
            </w:r>
            <w:proofErr w:type="spellStart"/>
            <w:r w:rsidRPr="00023AFE">
              <w:rPr>
                <w:b/>
                <w:lang w:val="fr-FR"/>
              </w:rPr>
              <w:t>fiscală</w:t>
            </w:r>
            <w:proofErr w:type="spellEnd"/>
            <w:r w:rsidRPr="00023AFE">
              <w:rPr>
                <w:b/>
                <w:lang w:val="fr-FR"/>
              </w:rPr>
              <w:t xml:space="preserve"> (CIF)</w:t>
            </w:r>
          </w:p>
          <w:p w:rsidR="00023AFE" w:rsidRPr="00023AFE" w:rsidRDefault="00023AFE" w:rsidP="00023AFE">
            <w:pPr>
              <w:keepNext/>
              <w:rPr>
                <w:lang w:val="fr-FR"/>
              </w:rPr>
            </w:pPr>
            <w:r w:rsidRPr="00023AFE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023AFE" w:rsidRPr="00023AFE" w:rsidRDefault="00023AFE" w:rsidP="00023AFE">
            <w:pPr>
              <w:keepNext/>
              <w:rPr>
                <w:b/>
                <w:lang w:val="pt-PT"/>
              </w:rPr>
            </w:pPr>
            <w:r w:rsidRPr="00023AFE">
              <w:rPr>
                <w:b/>
                <w:lang w:val="pt-PT"/>
              </w:rPr>
              <w:t>Adresa: Strada Principal</w:t>
            </w:r>
            <w:r w:rsidRPr="00023AFE">
              <w:rPr>
                <w:b/>
                <w:lang w:val="ro-RO"/>
              </w:rPr>
              <w:t>ă</w:t>
            </w:r>
            <w:r w:rsidRPr="00023AFE">
              <w:rPr>
                <w:b/>
                <w:lang w:val="pt-PT"/>
              </w:rPr>
              <w:t>, Nr. 37, Cod poștal 717230</w:t>
            </w:r>
          </w:p>
          <w:p w:rsidR="00023AFE" w:rsidRPr="00023AFE" w:rsidRDefault="00023AFE" w:rsidP="00023AFE">
            <w:pPr>
              <w:keepNext/>
              <w:rPr>
                <w:b/>
                <w:lang w:val="it-IT"/>
              </w:rPr>
            </w:pPr>
            <w:r w:rsidRPr="00023AFE">
              <w:rPr>
                <w:b/>
                <w:lang w:val="it-IT"/>
              </w:rPr>
              <w:t xml:space="preserve">Telefon: </w:t>
            </w:r>
            <w:r w:rsidRPr="00023AFE">
              <w:rPr>
                <w:rFonts w:cs="Times New Roman"/>
                <w:b/>
                <w:lang w:eastAsia="ro-RO"/>
              </w:rPr>
              <w:t xml:space="preserve">0231-560101 / </w:t>
            </w:r>
            <w:r w:rsidRPr="00023AFE">
              <w:rPr>
                <w:b/>
                <w:lang w:val="it-IT"/>
              </w:rPr>
              <w:t xml:space="preserve"> </w:t>
            </w:r>
            <w:r w:rsidRPr="00023AFE">
              <w:rPr>
                <w:rFonts w:cs="Times New Roman"/>
                <w:b/>
                <w:lang w:eastAsia="ro-RO"/>
              </w:rPr>
              <w:t>0231-560222</w:t>
            </w:r>
          </w:p>
          <w:p w:rsidR="00023AFE" w:rsidRPr="00023AFE" w:rsidRDefault="00023AFE" w:rsidP="00023AFE">
            <w:pPr>
              <w:keepNext/>
              <w:rPr>
                <w:b/>
                <w:lang w:val="it-IT"/>
              </w:rPr>
            </w:pPr>
            <w:r w:rsidRPr="00023AFE">
              <w:rPr>
                <w:b/>
                <w:lang w:val="it-IT"/>
              </w:rPr>
              <w:t xml:space="preserve">E-mail: </w:t>
            </w:r>
            <w:r w:rsidRPr="00023AFE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023AFE">
                <w:rPr>
                  <w:rFonts w:cs="Times New Roman"/>
                  <w:b/>
                </w:rPr>
                <w:t>primaria_manoleasa@yahoo.com</w:t>
              </w:r>
            </w:hyperlink>
          </w:p>
          <w:p w:rsidR="00023AFE" w:rsidRPr="00023AFE" w:rsidRDefault="00023AFE" w:rsidP="00023AFE">
            <w:pPr>
              <w:keepNext/>
              <w:rPr>
                <w:b/>
              </w:rPr>
            </w:pPr>
            <w:r w:rsidRPr="00023AFE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023AFE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023AFE" w:rsidRPr="00023AFE" w:rsidTr="006E2A37">
        <w:trPr>
          <w:cantSplit/>
          <w:trHeight w:val="510"/>
        </w:trPr>
        <w:tc>
          <w:tcPr>
            <w:tcW w:w="1606" w:type="dxa"/>
            <w:vMerge/>
          </w:tcPr>
          <w:p w:rsidR="00023AFE" w:rsidRPr="00023AFE" w:rsidRDefault="00023AFE" w:rsidP="00023AFE"/>
        </w:tc>
        <w:tc>
          <w:tcPr>
            <w:tcW w:w="4818" w:type="dxa"/>
            <w:gridSpan w:val="2"/>
            <w:shd w:val="clear" w:color="auto" w:fill="F0F0F0"/>
          </w:tcPr>
          <w:p w:rsidR="00023AFE" w:rsidRPr="00023AFE" w:rsidRDefault="00023AFE" w:rsidP="00023AFE">
            <w:pPr>
              <w:keepNext/>
            </w:pPr>
            <w:proofErr w:type="spellStart"/>
            <w:r w:rsidRPr="00023AFE">
              <w:rPr>
                <w:b/>
              </w:rPr>
              <w:t>Număr</w:t>
            </w:r>
            <w:proofErr w:type="spellEnd"/>
            <w:r w:rsidRPr="00023AFE">
              <w:rPr>
                <w:b/>
              </w:rPr>
              <w:t xml:space="preserve"> de </w:t>
            </w:r>
            <w:proofErr w:type="spellStart"/>
            <w:r w:rsidRPr="00023AFE">
              <w:rPr>
                <w:b/>
              </w:rPr>
              <w:t>înregistrare</w:t>
            </w:r>
            <w:proofErr w:type="spellEnd"/>
          </w:p>
          <w:p w:rsidR="00023AFE" w:rsidRPr="00023AFE" w:rsidRDefault="00023AFE" w:rsidP="00023AFE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023AFE" w:rsidRPr="00023AFE" w:rsidRDefault="00023AFE" w:rsidP="00023AFE">
            <w:pPr>
              <w:keepNext/>
            </w:pPr>
            <w:r w:rsidRPr="00023AFE">
              <w:rPr>
                <w:b/>
              </w:rPr>
              <w:t>Data</w:t>
            </w:r>
          </w:p>
          <w:p w:rsidR="00023AFE" w:rsidRPr="00023AFE" w:rsidRDefault="00023AFE" w:rsidP="00023AFE">
            <w:pPr>
              <w:keepNext/>
            </w:pPr>
          </w:p>
        </w:tc>
      </w:tr>
    </w:tbl>
    <w:p w:rsidR="007F7E84" w:rsidRDefault="00D77CE7">
      <w:pPr>
        <w:spacing w:before="140" w:after="40"/>
        <w:jc w:val="center"/>
      </w:pPr>
      <w:bookmarkStart w:id="0" w:name="_GoBack"/>
      <w:bookmarkEnd w:id="0"/>
      <w:r>
        <w:rPr>
          <w:b/>
          <w:sz w:val="34"/>
        </w:rPr>
        <w:t>CERERE</w:t>
      </w:r>
    </w:p>
    <w:p w:rsidR="007F7E84" w:rsidRDefault="007F7E8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D77CE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>
        <w:trPr>
          <w:cantSplit/>
          <w:trHeight w:val="510"/>
        </w:trPr>
        <w:tc>
          <w:tcPr>
            <w:tcW w:w="9636" w:type="dxa"/>
          </w:tcPr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>
        <w:trPr>
          <w:cantSplit/>
        </w:trPr>
        <w:tc>
          <w:tcPr>
            <w:tcW w:w="9636" w:type="dxa"/>
            <w:shd w:val="clear" w:color="auto" w:fill="F4F4F4"/>
          </w:tcPr>
          <w:p w:rsidR="007F7E84" w:rsidRPr="00243AD6" w:rsidRDefault="00D77CE7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D77CE7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>
        <w:trPr>
          <w:cantSplit/>
          <w:trHeight w:val="510"/>
        </w:trPr>
        <w:tc>
          <w:tcPr>
            <w:tcW w:w="5621" w:type="dxa"/>
            <w:gridSpan w:val="5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D77CE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1606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D77CE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3212" w:type="dxa"/>
            <w:gridSpan w:val="2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3212" w:type="dxa"/>
            <w:gridSpan w:val="2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D77CE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>
        <w:trPr>
          <w:cantSplit/>
          <w:trHeight w:val="510"/>
        </w:trPr>
        <w:tc>
          <w:tcPr>
            <w:tcW w:w="4015" w:type="dxa"/>
            <w:gridSpan w:val="3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D77CE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6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7F7E84" w:rsidRDefault="007F7E84">
            <w:pPr>
              <w:keepNext/>
            </w:pPr>
          </w:p>
        </w:tc>
      </w:tr>
      <w:tr w:rsidR="007F7E84" w:rsidRPr="00505208">
        <w:trPr>
          <w:cantSplit/>
        </w:trPr>
        <w:tc>
          <w:tcPr>
            <w:tcW w:w="9636" w:type="dxa"/>
            <w:gridSpan w:val="8"/>
          </w:tcPr>
          <w:p w:rsidR="007F7E84" w:rsidRPr="00243AD6" w:rsidRDefault="00D77CE7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p w:rsidR="007F7E84" w:rsidRPr="00243AD6" w:rsidRDefault="00D77CE7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:rsidR="007F7E84" w:rsidRDefault="00D77CE7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7F7E84" w:rsidRDefault="00D77CE7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>
        <w:trPr>
          <w:cantSplit/>
        </w:trPr>
        <w:tc>
          <w:tcPr>
            <w:tcW w:w="9636" w:type="dxa"/>
            <w:gridSpan w:val="6"/>
          </w:tcPr>
          <w:p w:rsidR="007F7E84" w:rsidRDefault="00D77CE7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3212" w:type="dxa"/>
            <w:gridSpan w:val="2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1606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F7E84" w:rsidRDefault="007F7E84">
            <w:pPr>
              <w:keepNext/>
            </w:pPr>
          </w:p>
        </w:tc>
        <w:tc>
          <w:tcPr>
            <w:tcW w:w="2409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5621" w:type="dxa"/>
            <w:gridSpan w:val="3"/>
          </w:tcPr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6"/>
          </w:tcPr>
          <w:p w:rsidR="007F7E84" w:rsidRDefault="00D77CE7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:rsidR="007F7E84" w:rsidRDefault="007F7E84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D77CE7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D77CE7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>
        <w:trPr>
          <w:cantSplit/>
          <w:trHeight w:val="510"/>
        </w:trPr>
        <w:tc>
          <w:tcPr>
            <w:tcW w:w="9636" w:type="dxa"/>
          </w:tcPr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D77CE7">
            <w:pPr>
              <w:keepNext/>
            </w:pP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Default="00D77CE7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:rsidR="007F7E84" w:rsidRDefault="00D77CE7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mp</w:t>
            </w:r>
          </w:p>
          <w:p w:rsidR="007F7E84" w:rsidRDefault="00D77CE7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:rsidR="007F7E84" w:rsidRPr="00243AD6" w:rsidRDefault="00D77CE7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F7E84" w:rsidRPr="00505208" w:rsidRDefault="00D77CE7">
            <w:pPr>
              <w:keepNext/>
              <w:rPr>
                <w:lang w:val="fr-FR"/>
              </w:rPr>
            </w:pPr>
            <w:r w:rsidRPr="00505208">
              <w:rPr>
                <w:b/>
                <w:sz w:val="16"/>
                <w:lang w:val="fr-FR"/>
              </w:rPr>
              <w:lastRenderedPageBreak/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>
        <w:trPr>
          <w:cantSplit/>
          <w:trHeight w:val="510"/>
        </w:trPr>
        <w:tc>
          <w:tcPr>
            <w:tcW w:w="2409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P.A.C. nr. / data</w:t>
            </w:r>
          </w:p>
          <w:p w:rsidR="007F7E84" w:rsidRDefault="007F7E84">
            <w:pPr>
              <w:keepNext/>
            </w:pPr>
          </w:p>
        </w:tc>
        <w:tc>
          <w:tcPr>
            <w:tcW w:w="4015" w:type="dxa"/>
          </w:tcPr>
          <w:p w:rsidR="007F7E84" w:rsidRDefault="00D77CE7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:rsidR="007F7E84" w:rsidRDefault="007F7E84">
            <w:pPr>
              <w:keepNext/>
            </w:pPr>
          </w:p>
        </w:tc>
      </w:tr>
      <w:tr w:rsidR="007F7E84" w:rsidRPr="00243AD6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F7E84" w:rsidRPr="00243AD6" w:rsidRDefault="00D77CE7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Default="00D77CE7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rezistență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Default="00D77CE7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igienă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Pr="00243AD6" w:rsidRDefault="00D77CE7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:rsidR="007F7E84" w:rsidRDefault="00D77CE7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</w:tbl>
    <w:p w:rsidR="007F7E84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:rsidTr="00273B64">
        <w:trPr>
          <w:cantSplit/>
          <w:trHeight w:val="510"/>
        </w:trPr>
        <w:tc>
          <w:tcPr>
            <w:tcW w:w="2409" w:type="dxa"/>
          </w:tcPr>
          <w:p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:rsidR="00505208" w:rsidRDefault="00505208" w:rsidP="00505208">
            <w:pPr>
              <w:keepNext/>
            </w:pPr>
          </w:p>
        </w:tc>
      </w:tr>
    </w:tbl>
    <w:p w:rsidR="00505208" w:rsidRDefault="00505208">
      <w:pPr>
        <w:spacing w:line="168" w:lineRule="auto"/>
        <w:rPr>
          <w:lang w:val="fr-FR"/>
        </w:rPr>
      </w:pPr>
    </w:p>
    <w:p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505208">
            <w:pPr>
              <w:keepNext/>
            </w:pPr>
            <w:r>
              <w:rPr>
                <w:b/>
                <w:sz w:val="16"/>
              </w:rPr>
              <w:t>8</w:t>
            </w:r>
            <w:r w:rsidR="00D77CE7">
              <w:rPr>
                <w:b/>
                <w:sz w:val="16"/>
              </w:rPr>
              <w:t xml:space="preserve">. </w:t>
            </w:r>
            <w:r w:rsidR="00D77CE7"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>
        <w:trPr>
          <w:cantSplit/>
        </w:trPr>
        <w:tc>
          <w:tcPr>
            <w:tcW w:w="9636" w:type="dxa"/>
          </w:tcPr>
          <w:p w:rsidR="007F7E84" w:rsidRPr="00243AD6" w:rsidRDefault="00D77CE7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D77CE7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copie):</w:t>
            </w:r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D77CE7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4E3C9A" w:rsidRDefault="00D77CE7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:rsidR="004E3C9A" w:rsidRDefault="004E3C9A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de a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:rsidR="007F7E84" w:rsidRPr="00243AD6" w:rsidRDefault="004E3C9A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D77CE7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propria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F7E84" w:rsidRDefault="00505208">
            <w:pPr>
              <w:keepNext/>
            </w:pPr>
            <w:r>
              <w:rPr>
                <w:b/>
                <w:sz w:val="16"/>
              </w:rPr>
              <w:t>9</w:t>
            </w:r>
            <w:r w:rsidR="00D77CE7">
              <w:rPr>
                <w:b/>
                <w:sz w:val="16"/>
              </w:rPr>
              <w:t xml:space="preserve">. </w:t>
            </w:r>
            <w:r w:rsidR="00D77CE7"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>
        <w:trPr>
          <w:cantSplit/>
          <w:trHeight w:val="510"/>
        </w:trPr>
        <w:tc>
          <w:tcPr>
            <w:tcW w:w="1606" w:type="dxa"/>
          </w:tcPr>
          <w:p w:rsidR="007F7E84" w:rsidRDefault="00D77CE7">
            <w:r>
              <w:rPr>
                <w:b/>
                <w:color w:val="0D5F78"/>
              </w:rPr>
              <w:t>Data</w:t>
            </w:r>
          </w:p>
          <w:p w:rsidR="007F7E84" w:rsidRDefault="007F7E84"/>
        </w:tc>
        <w:tc>
          <w:tcPr>
            <w:tcW w:w="4818" w:type="dxa"/>
          </w:tcPr>
          <w:p w:rsidR="007F7E84" w:rsidRDefault="00D77CE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7F7E84" w:rsidRDefault="007F7E84"/>
        </w:tc>
        <w:tc>
          <w:tcPr>
            <w:tcW w:w="3212" w:type="dxa"/>
          </w:tcPr>
          <w:p w:rsidR="007F7E84" w:rsidRDefault="00D77CE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7F7E84" w:rsidRDefault="007F7E84"/>
        </w:tc>
      </w:tr>
    </w:tbl>
    <w:p w:rsidR="007F7E84" w:rsidRDefault="007F7E84">
      <w:pPr>
        <w:spacing w:line="168" w:lineRule="auto"/>
      </w:pPr>
    </w:p>
    <w:sectPr w:rsidR="007F7E8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A07" w:rsidRDefault="00BF1A07">
      <w:r>
        <w:separator/>
      </w:r>
    </w:p>
  </w:endnote>
  <w:endnote w:type="continuationSeparator" w:id="0">
    <w:p w:rsidR="00BF1A07" w:rsidRDefault="00BF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E84" w:rsidRDefault="00D77CE7">
    <w:pPr>
      <w:pStyle w:val="Subsol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 w:rsidR="00386C53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386C53">
      <w:rPr>
        <w:color w:val="595959"/>
      </w:rPr>
      <w:fldChar w:fldCharType="separate"/>
    </w:r>
    <w:r w:rsidR="00610914">
      <w:rPr>
        <w:noProof/>
        <w:color w:val="595959"/>
      </w:rPr>
      <w:t>1</w:t>
    </w:r>
    <w:r w:rsidR="00386C53">
      <w:rPr>
        <w:color w:val="595959"/>
      </w:rPr>
      <w:fldChar w:fldCharType="end"/>
    </w:r>
    <w:r>
      <w:rPr>
        <w:color w:val="595959"/>
      </w:rPr>
      <w:t xml:space="preserve"> din </w:t>
    </w:r>
    <w:r w:rsidR="00386C53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386C53">
      <w:rPr>
        <w:color w:val="595959"/>
      </w:rPr>
      <w:fldChar w:fldCharType="separate"/>
    </w:r>
    <w:r w:rsidR="00610914">
      <w:rPr>
        <w:noProof/>
        <w:color w:val="595959"/>
      </w:rPr>
      <w:t>2</w:t>
    </w:r>
    <w:r w:rsidR="00386C53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A07" w:rsidRDefault="00BF1A07">
      <w:r>
        <w:separator/>
      </w:r>
    </w:p>
  </w:footnote>
  <w:footnote w:type="continuationSeparator" w:id="0">
    <w:p w:rsidR="00BF1A07" w:rsidRDefault="00BF1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23AFE"/>
    <w:rsid w:val="00034616"/>
    <w:rsid w:val="0006063C"/>
    <w:rsid w:val="000F1A70"/>
    <w:rsid w:val="0015074B"/>
    <w:rsid w:val="00243AD6"/>
    <w:rsid w:val="0029639D"/>
    <w:rsid w:val="0031113E"/>
    <w:rsid w:val="00326F90"/>
    <w:rsid w:val="00386C53"/>
    <w:rsid w:val="003C1885"/>
    <w:rsid w:val="00411853"/>
    <w:rsid w:val="0041750F"/>
    <w:rsid w:val="004E3C9A"/>
    <w:rsid w:val="00505208"/>
    <w:rsid w:val="00610914"/>
    <w:rsid w:val="006816CD"/>
    <w:rsid w:val="006C103E"/>
    <w:rsid w:val="007F7E84"/>
    <w:rsid w:val="00AA1D8D"/>
    <w:rsid w:val="00AB4D3C"/>
    <w:rsid w:val="00B47730"/>
    <w:rsid w:val="00BF1A07"/>
    <w:rsid w:val="00CB0664"/>
    <w:rsid w:val="00D77CE7"/>
    <w:rsid w:val="00E61A6B"/>
    <w:rsid w:val="00FC64D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8536FA-DC75-419F-9DDE-211F7132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D77C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77CE7"/>
    <w:rPr>
      <w:rFonts w:ascii="Tahoma" w:hAnsi="Tahoma" w:cs="Tahoma"/>
      <w:sz w:val="16"/>
      <w:szCs w:val="16"/>
    </w:rPr>
  </w:style>
  <w:style w:type="character" w:styleId="Hyperlink">
    <w:name w:val="Hyperlink"/>
    <w:rsid w:val="003C1885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91A96C-36CF-4CF6-8706-60A3F06CF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16</cp:revision>
  <dcterms:created xsi:type="dcterms:W3CDTF">2026-10-15T12:33:00Z</dcterms:created>
  <dcterms:modified xsi:type="dcterms:W3CDTF">2026-10-27T08:43:00Z</dcterms:modified>
</cp:coreProperties>
</file>