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E1544" w:rsidRPr="000E1544" w:rsidTr="00ED500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0E1544" w:rsidRPr="000E1544" w:rsidRDefault="000E1544" w:rsidP="000E1544">
            <w:pPr>
              <w:keepNext/>
              <w:jc w:val="center"/>
              <w:rPr>
                <w:i/>
                <w:color w:val="595959"/>
              </w:rPr>
            </w:pPr>
            <w:r w:rsidRPr="000E1544">
              <w:rPr>
                <w:rFonts w:asciiTheme="majorHAnsi" w:hAnsiTheme="majorHAnsi"/>
                <w:noProof/>
                <w:lang w:val="ro-RO" w:eastAsia="ro-RO"/>
              </w:rPr>
              <w:drawing>
                <wp:inline distT="0" distB="0" distL="0" distR="0" wp14:anchorId="2EBDE939" wp14:editId="46A8F0AB">
                  <wp:extent cx="904875" cy="1181100"/>
                  <wp:effectExtent l="19050" t="0" r="9525" b="0"/>
                  <wp:docPr id="1" name="Picture 3" descr="ROU_BT_Manoleasa_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U_BT_Manoleasa_C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1544" w:rsidRPr="000E1544" w:rsidRDefault="000E1544" w:rsidP="000E1544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0E1544" w:rsidRPr="000E1544" w:rsidRDefault="000E1544" w:rsidP="000E1544">
            <w:pPr>
              <w:keepNext/>
            </w:pPr>
            <w:proofErr w:type="spellStart"/>
            <w:r w:rsidRPr="000E1544">
              <w:rPr>
                <w:b/>
              </w:rPr>
              <w:t>Județul</w:t>
            </w:r>
            <w:proofErr w:type="spellEnd"/>
            <w:r w:rsidRPr="000E1544">
              <w:rPr>
                <w:b/>
              </w:rPr>
              <w:t xml:space="preserve">   </w:t>
            </w:r>
            <w:proofErr w:type="spellStart"/>
            <w:r w:rsidRPr="000E1544">
              <w:rPr>
                <w:b/>
              </w:rPr>
              <w:t>Botoșani</w:t>
            </w:r>
            <w:proofErr w:type="spellEnd"/>
          </w:p>
          <w:p w:rsidR="000E1544" w:rsidRPr="000E1544" w:rsidRDefault="000E1544" w:rsidP="000E1544">
            <w:pPr>
              <w:keepNext/>
            </w:pPr>
          </w:p>
        </w:tc>
      </w:tr>
      <w:tr w:rsidR="000E1544" w:rsidRPr="000E1544" w:rsidTr="00ED500B">
        <w:trPr>
          <w:cantSplit/>
          <w:trHeight w:val="510"/>
        </w:trPr>
        <w:tc>
          <w:tcPr>
            <w:tcW w:w="1606" w:type="dxa"/>
            <w:vMerge/>
          </w:tcPr>
          <w:p w:rsidR="000E1544" w:rsidRPr="000E1544" w:rsidRDefault="000E1544" w:rsidP="000E1544"/>
        </w:tc>
        <w:tc>
          <w:tcPr>
            <w:tcW w:w="8030" w:type="dxa"/>
            <w:gridSpan w:val="3"/>
            <w:shd w:val="clear" w:color="auto" w:fill="F0F0F0"/>
          </w:tcPr>
          <w:p w:rsidR="000E1544" w:rsidRPr="000E1544" w:rsidRDefault="000E1544" w:rsidP="000E1544">
            <w:pPr>
              <w:keepNext/>
            </w:pPr>
            <w:proofErr w:type="spellStart"/>
            <w:r w:rsidRPr="000E1544">
              <w:rPr>
                <w:b/>
              </w:rPr>
              <w:t>Primăria</w:t>
            </w:r>
            <w:proofErr w:type="spellEnd"/>
            <w:r w:rsidRPr="000E1544">
              <w:rPr>
                <w:b/>
              </w:rPr>
              <w:t xml:space="preserve"> </w:t>
            </w:r>
            <w:proofErr w:type="spellStart"/>
            <w:r w:rsidRPr="000E1544">
              <w:rPr>
                <w:b/>
              </w:rPr>
              <w:t>Manoleasa</w:t>
            </w:r>
            <w:proofErr w:type="spellEnd"/>
          </w:p>
          <w:p w:rsidR="000E1544" w:rsidRPr="000E1544" w:rsidRDefault="000E1544" w:rsidP="000E1544">
            <w:pPr>
              <w:keepNext/>
            </w:pPr>
          </w:p>
        </w:tc>
      </w:tr>
      <w:tr w:rsidR="000E1544" w:rsidRPr="000E1544" w:rsidTr="00ED500B">
        <w:trPr>
          <w:cantSplit/>
          <w:trHeight w:val="510"/>
        </w:trPr>
        <w:tc>
          <w:tcPr>
            <w:tcW w:w="1606" w:type="dxa"/>
            <w:vMerge/>
          </w:tcPr>
          <w:p w:rsidR="000E1544" w:rsidRPr="000E1544" w:rsidRDefault="000E1544" w:rsidP="000E1544"/>
        </w:tc>
        <w:tc>
          <w:tcPr>
            <w:tcW w:w="2409" w:type="dxa"/>
            <w:shd w:val="clear" w:color="auto" w:fill="F0F0F0"/>
          </w:tcPr>
          <w:p w:rsidR="000E1544" w:rsidRPr="000E1544" w:rsidRDefault="000E1544" w:rsidP="000E1544">
            <w:pPr>
              <w:keepNext/>
              <w:rPr>
                <w:lang w:val="fr-FR"/>
              </w:rPr>
            </w:pPr>
            <w:r w:rsidRPr="000E1544">
              <w:rPr>
                <w:b/>
                <w:lang w:val="fr-FR"/>
              </w:rPr>
              <w:t xml:space="preserve">Cod </w:t>
            </w:r>
            <w:proofErr w:type="gramStart"/>
            <w:r w:rsidRPr="000E1544">
              <w:rPr>
                <w:b/>
                <w:lang w:val="fr-FR"/>
              </w:rPr>
              <w:t xml:space="preserve">de </w:t>
            </w:r>
            <w:proofErr w:type="spellStart"/>
            <w:r w:rsidRPr="000E1544">
              <w:rPr>
                <w:b/>
                <w:lang w:val="fr-FR"/>
              </w:rPr>
              <w:t>identificare</w:t>
            </w:r>
            <w:proofErr w:type="spellEnd"/>
            <w:proofErr w:type="gramEnd"/>
            <w:r w:rsidRPr="000E1544">
              <w:rPr>
                <w:b/>
                <w:lang w:val="fr-FR"/>
              </w:rPr>
              <w:t xml:space="preserve"> </w:t>
            </w:r>
            <w:proofErr w:type="spellStart"/>
            <w:r w:rsidRPr="000E1544">
              <w:rPr>
                <w:b/>
                <w:lang w:val="fr-FR"/>
              </w:rPr>
              <w:t>fiscală</w:t>
            </w:r>
            <w:proofErr w:type="spellEnd"/>
            <w:r w:rsidRPr="000E1544">
              <w:rPr>
                <w:b/>
                <w:lang w:val="fr-FR"/>
              </w:rPr>
              <w:t xml:space="preserve"> (CIF)</w:t>
            </w:r>
          </w:p>
          <w:p w:rsidR="000E1544" w:rsidRPr="000E1544" w:rsidRDefault="000E1544" w:rsidP="000E1544">
            <w:pPr>
              <w:keepNext/>
              <w:rPr>
                <w:lang w:val="fr-FR"/>
              </w:rPr>
            </w:pPr>
            <w:r w:rsidRPr="000E1544">
              <w:rPr>
                <w:b/>
                <w:lang w:val="it-IT"/>
              </w:rPr>
              <w:t>3643906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0E1544" w:rsidRPr="000E1544" w:rsidRDefault="000E1544" w:rsidP="000E1544">
            <w:pPr>
              <w:keepNext/>
              <w:rPr>
                <w:b/>
                <w:lang w:val="pt-PT"/>
              </w:rPr>
            </w:pPr>
            <w:r w:rsidRPr="000E1544">
              <w:rPr>
                <w:b/>
                <w:lang w:val="pt-PT"/>
              </w:rPr>
              <w:t>Adresa: Strada Principal</w:t>
            </w:r>
            <w:r w:rsidRPr="000E1544">
              <w:rPr>
                <w:b/>
                <w:lang w:val="ro-RO"/>
              </w:rPr>
              <w:t>ă</w:t>
            </w:r>
            <w:r w:rsidRPr="000E1544">
              <w:rPr>
                <w:b/>
                <w:lang w:val="pt-PT"/>
              </w:rPr>
              <w:t>, Nr. 37, Cod poștal 717230</w:t>
            </w:r>
          </w:p>
          <w:p w:rsidR="000E1544" w:rsidRPr="000E1544" w:rsidRDefault="000E1544" w:rsidP="000E1544">
            <w:pPr>
              <w:keepNext/>
              <w:rPr>
                <w:b/>
                <w:lang w:val="it-IT"/>
              </w:rPr>
            </w:pPr>
            <w:r w:rsidRPr="000E1544">
              <w:rPr>
                <w:b/>
                <w:lang w:val="it-IT"/>
              </w:rPr>
              <w:t xml:space="preserve">Telefon: </w:t>
            </w:r>
            <w:r w:rsidRPr="000E1544">
              <w:rPr>
                <w:rFonts w:cs="Times New Roman"/>
                <w:b/>
                <w:lang w:eastAsia="ro-RO"/>
              </w:rPr>
              <w:t xml:space="preserve">0231-560101 / </w:t>
            </w:r>
            <w:r w:rsidRPr="000E1544">
              <w:rPr>
                <w:b/>
                <w:lang w:val="it-IT"/>
              </w:rPr>
              <w:t xml:space="preserve"> </w:t>
            </w:r>
            <w:r w:rsidRPr="000E1544">
              <w:rPr>
                <w:rFonts w:cs="Times New Roman"/>
                <w:b/>
                <w:lang w:eastAsia="ro-RO"/>
              </w:rPr>
              <w:t>0231-560222</w:t>
            </w:r>
          </w:p>
          <w:p w:rsidR="000E1544" w:rsidRPr="000E1544" w:rsidRDefault="000E1544" w:rsidP="000E1544">
            <w:pPr>
              <w:keepNext/>
              <w:rPr>
                <w:b/>
                <w:lang w:val="it-IT"/>
              </w:rPr>
            </w:pPr>
            <w:r w:rsidRPr="000E1544">
              <w:rPr>
                <w:b/>
                <w:lang w:val="it-IT"/>
              </w:rPr>
              <w:t xml:space="preserve">E-mail: </w:t>
            </w:r>
            <w:r w:rsidRPr="000E1544">
              <w:rPr>
                <w:rFonts w:cs="Times New Roman"/>
                <w:lang w:eastAsia="ro-RO"/>
              </w:rPr>
              <w:t xml:space="preserve">: </w:t>
            </w:r>
            <w:hyperlink r:id="rId9" w:history="1">
              <w:r w:rsidRPr="000E1544">
                <w:rPr>
                  <w:rFonts w:cs="Times New Roman"/>
                  <w:b/>
                </w:rPr>
                <w:t>primaria_manoleasa@yahoo.com</w:t>
              </w:r>
            </w:hyperlink>
          </w:p>
          <w:p w:rsidR="000E1544" w:rsidRPr="000E1544" w:rsidRDefault="000E1544" w:rsidP="000E1544">
            <w:pPr>
              <w:keepNext/>
              <w:rPr>
                <w:b/>
              </w:rPr>
            </w:pPr>
            <w:r w:rsidRPr="000E1544">
              <w:rPr>
                <w:rFonts w:cs="Times New Roman"/>
                <w:b/>
                <w:lang w:eastAsia="ro-RO"/>
              </w:rPr>
              <w:t xml:space="preserve">internet: </w:t>
            </w:r>
            <w:hyperlink r:id="rId10" w:history="1">
              <w:r w:rsidRPr="000E1544">
                <w:rPr>
                  <w:rFonts w:cs="Times New Roman"/>
                  <w:b/>
                </w:rPr>
                <w:t>http://www.comunamanoleasa.ro</w:t>
              </w:r>
            </w:hyperlink>
          </w:p>
        </w:tc>
      </w:tr>
      <w:tr w:rsidR="000E1544" w:rsidRPr="000E1544" w:rsidTr="00ED500B">
        <w:trPr>
          <w:cantSplit/>
          <w:trHeight w:val="510"/>
        </w:trPr>
        <w:tc>
          <w:tcPr>
            <w:tcW w:w="1606" w:type="dxa"/>
            <w:vMerge/>
          </w:tcPr>
          <w:p w:rsidR="000E1544" w:rsidRPr="000E1544" w:rsidRDefault="000E1544" w:rsidP="000E1544"/>
        </w:tc>
        <w:tc>
          <w:tcPr>
            <w:tcW w:w="4818" w:type="dxa"/>
            <w:gridSpan w:val="2"/>
            <w:shd w:val="clear" w:color="auto" w:fill="F0F0F0"/>
          </w:tcPr>
          <w:p w:rsidR="000E1544" w:rsidRPr="000E1544" w:rsidRDefault="000E1544" w:rsidP="000E1544">
            <w:pPr>
              <w:keepNext/>
            </w:pPr>
            <w:proofErr w:type="spellStart"/>
            <w:r w:rsidRPr="000E1544">
              <w:rPr>
                <w:b/>
              </w:rPr>
              <w:t>Număr</w:t>
            </w:r>
            <w:proofErr w:type="spellEnd"/>
            <w:r w:rsidRPr="000E1544">
              <w:rPr>
                <w:b/>
              </w:rPr>
              <w:t xml:space="preserve"> de </w:t>
            </w:r>
            <w:proofErr w:type="spellStart"/>
            <w:r w:rsidRPr="000E1544">
              <w:rPr>
                <w:b/>
              </w:rPr>
              <w:t>înregistrare</w:t>
            </w:r>
            <w:proofErr w:type="spellEnd"/>
          </w:p>
          <w:p w:rsidR="000E1544" w:rsidRPr="000E1544" w:rsidRDefault="000E1544" w:rsidP="000E15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0E1544" w:rsidRPr="000E1544" w:rsidRDefault="000E1544" w:rsidP="000E1544">
            <w:pPr>
              <w:keepNext/>
            </w:pPr>
            <w:r w:rsidRPr="000E1544">
              <w:rPr>
                <w:b/>
              </w:rPr>
              <w:t>Data</w:t>
            </w:r>
          </w:p>
          <w:p w:rsidR="000E1544" w:rsidRPr="000E1544" w:rsidRDefault="000E1544" w:rsidP="000E1544">
            <w:pPr>
              <w:keepNext/>
            </w:pP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  <w:bookmarkStart w:id="0" w:name="_GoBack"/>
      <w:bookmarkEnd w:id="0"/>
    </w:p>
    <w:p w:rsidR="007A6244" w:rsidRPr="007F2503" w:rsidRDefault="006120F8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>
        <w:trPr>
          <w:cantSplit/>
        </w:trPr>
        <w:tc>
          <w:tcPr>
            <w:tcW w:w="9636" w:type="dxa"/>
            <w:shd w:val="clear" w:color="auto" w:fill="F4F4F4"/>
          </w:tcPr>
          <w:p w:rsidR="007A6244" w:rsidRDefault="006120F8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>
        <w:trPr>
          <w:cantSplit/>
          <w:trHeight w:val="510"/>
        </w:trPr>
        <w:tc>
          <w:tcPr>
            <w:tcW w:w="9636" w:type="dxa"/>
          </w:tcPr>
          <w:p w:rsidR="007A6244" w:rsidRPr="009D5BC3" w:rsidRDefault="006120F8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7A6244" w:rsidRPr="009D5BC3" w:rsidRDefault="006120F8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>
        <w:trPr>
          <w:cantSplit/>
        </w:trPr>
        <w:tc>
          <w:tcPr>
            <w:tcW w:w="9636" w:type="dxa"/>
            <w:shd w:val="clear" w:color="auto" w:fill="F4F4F4"/>
          </w:tcPr>
          <w:p w:rsidR="007A6244" w:rsidRPr="009D5BC3" w:rsidRDefault="006120F8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6120F8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>
        <w:trPr>
          <w:cantSplit/>
          <w:trHeight w:val="510"/>
        </w:trPr>
        <w:tc>
          <w:tcPr>
            <w:tcW w:w="5621" w:type="dxa"/>
            <w:gridSpan w:val="5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6120F8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>
        <w:trPr>
          <w:cantSplit/>
          <w:trHeight w:val="510"/>
        </w:trPr>
        <w:tc>
          <w:tcPr>
            <w:tcW w:w="1606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6120F8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>
        <w:trPr>
          <w:cantSplit/>
          <w:trHeight w:val="510"/>
        </w:trPr>
        <w:tc>
          <w:tcPr>
            <w:tcW w:w="3212" w:type="dxa"/>
            <w:gridSpan w:val="2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  <w:trHeight w:val="510"/>
        </w:trPr>
        <w:tc>
          <w:tcPr>
            <w:tcW w:w="3212" w:type="dxa"/>
            <w:gridSpan w:val="2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6120F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>
        <w:trPr>
          <w:cantSplit/>
          <w:trHeight w:val="510"/>
        </w:trPr>
        <w:tc>
          <w:tcPr>
            <w:tcW w:w="4015" w:type="dxa"/>
            <w:gridSpan w:val="3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6120F8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>
        <w:trPr>
          <w:cantSplit/>
          <w:trHeight w:val="510"/>
        </w:trPr>
        <w:tc>
          <w:tcPr>
            <w:tcW w:w="6424" w:type="dxa"/>
            <w:gridSpan w:val="6"/>
          </w:tcPr>
          <w:p w:rsidR="007A6244" w:rsidRDefault="006120F8">
            <w:r>
              <w:rPr>
                <w:b/>
                <w:color w:val="0D5F78"/>
              </w:rPr>
              <w:t>În calitate de reprezentant al</w:t>
            </w:r>
          </w:p>
          <w:p w:rsidR="007A6244" w:rsidRDefault="007A6244"/>
        </w:tc>
        <w:tc>
          <w:tcPr>
            <w:tcW w:w="3212" w:type="dxa"/>
            <w:gridSpan w:val="2"/>
          </w:tcPr>
          <w:p w:rsidR="007A6244" w:rsidRDefault="006120F8">
            <w:r>
              <w:rPr>
                <w:b/>
                <w:color w:val="0D5F78"/>
              </w:rPr>
              <w:t>CUI / CIF</w:t>
            </w:r>
          </w:p>
          <w:p w:rsidR="007A6244" w:rsidRDefault="007A6244"/>
        </w:tc>
      </w:tr>
    </w:tbl>
    <w:p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7A6244" w:rsidRDefault="006120F8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>
        <w:trPr>
          <w:cantSplit/>
          <w:trHeight w:val="510"/>
        </w:trPr>
        <w:tc>
          <w:tcPr>
            <w:tcW w:w="1606" w:type="dxa"/>
          </w:tcPr>
          <w:p w:rsidR="007A6244" w:rsidRDefault="006120F8">
            <w:r>
              <w:rPr>
                <w:b/>
                <w:color w:val="0D5F78"/>
              </w:rPr>
              <w:t>Nr.</w:t>
            </w:r>
          </w:p>
          <w:p w:rsidR="007A6244" w:rsidRDefault="007A6244"/>
        </w:tc>
        <w:tc>
          <w:tcPr>
            <w:tcW w:w="2409" w:type="dxa"/>
          </w:tcPr>
          <w:p w:rsidR="007A6244" w:rsidRDefault="006120F8">
            <w:r>
              <w:rPr>
                <w:b/>
                <w:color w:val="0D5F78"/>
              </w:rPr>
              <w:t>Din data</w:t>
            </w:r>
          </w:p>
          <w:p w:rsidR="007A6244" w:rsidRDefault="007A6244"/>
        </w:tc>
        <w:tc>
          <w:tcPr>
            <w:tcW w:w="5621" w:type="dxa"/>
          </w:tcPr>
          <w:p w:rsidR="007A6244" w:rsidRDefault="006120F8">
            <w:r>
              <w:rPr>
                <w:b/>
                <w:color w:val="0D5F78"/>
              </w:rPr>
              <w:t>Emisă de</w:t>
            </w:r>
          </w:p>
          <w:p w:rsidR="007A6244" w:rsidRDefault="007A6244"/>
        </w:tc>
      </w:tr>
    </w:tbl>
    <w:p w:rsidR="007A6244" w:rsidRDefault="007A6244">
      <w:pPr>
        <w:spacing w:line="168" w:lineRule="auto"/>
      </w:pPr>
    </w:p>
    <w:p w:rsidR="009D5BC3" w:rsidRDefault="006120F8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:rsidR="009D5BC3" w:rsidRPr="007F2503" w:rsidRDefault="006120F8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proofErr w:type="gramEnd"/>
      <w:r w:rsidRPr="007F2503">
        <w:rPr>
          <w:sz w:val="18"/>
          <w:szCs w:val="18"/>
          <w:lang w:val="fr-FR"/>
        </w:rPr>
        <w:t>:</w:t>
      </w:r>
    </w:p>
    <w:p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proofErr w:type="gramStart"/>
      <w:r w:rsidRPr="007F2503">
        <w:rPr>
          <w:sz w:val="20"/>
          <w:szCs w:val="20"/>
          <w:lang w:val="fr-FR"/>
        </w:rPr>
        <w:t>prelungirea</w:t>
      </w:r>
      <w:proofErr w:type="spellEnd"/>
      <w:proofErr w:type="gram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</w:p>
    <w:p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>
        <w:trPr>
          <w:cantSplit/>
          <w:trHeight w:val="510"/>
        </w:trPr>
        <w:tc>
          <w:tcPr>
            <w:tcW w:w="4818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:rsidR="007A6244" w:rsidRDefault="007A6244">
            <w:pPr>
              <w:keepNext/>
            </w:pPr>
          </w:p>
        </w:tc>
        <w:tc>
          <w:tcPr>
            <w:tcW w:w="4818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  <w:trHeight w:val="510"/>
        </w:trPr>
        <w:tc>
          <w:tcPr>
            <w:tcW w:w="4818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:rsidR="007A6244" w:rsidRDefault="007A6244">
            <w:pPr>
              <w:keepNext/>
            </w:pPr>
          </w:p>
        </w:tc>
        <w:tc>
          <w:tcPr>
            <w:tcW w:w="4818" w:type="dxa"/>
          </w:tcPr>
          <w:p w:rsidR="007A6244" w:rsidRDefault="006120F8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:rsidR="007A6244" w:rsidRDefault="007A6244">
            <w:pPr>
              <w:keepNext/>
            </w:pPr>
          </w:p>
        </w:tc>
      </w:tr>
      <w:tr w:rsidR="007A6244" w:rsidRPr="007F2503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7A6244" w:rsidRPr="009D5BC3" w:rsidRDefault="006120F8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>
        <w:trPr>
          <w:cantSplit/>
        </w:trPr>
        <w:tc>
          <w:tcPr>
            <w:tcW w:w="9636" w:type="dxa"/>
            <w:gridSpan w:val="2"/>
          </w:tcPr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>
        <w:trPr>
          <w:cantSplit/>
        </w:trPr>
        <w:tc>
          <w:tcPr>
            <w:tcW w:w="9636" w:type="dxa"/>
            <w:shd w:val="clear" w:color="auto" w:fill="F4F4F4"/>
          </w:tcPr>
          <w:p w:rsidR="007A6244" w:rsidRDefault="006120F8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>
        <w:trPr>
          <w:cantSplit/>
        </w:trPr>
        <w:tc>
          <w:tcPr>
            <w:tcW w:w="9636" w:type="dxa"/>
          </w:tcPr>
          <w:p w:rsidR="007A6244" w:rsidRPr="009D5BC3" w:rsidRDefault="006120F8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original)   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:rsidR="007A6244" w:rsidRDefault="006120F8">
            <w:pPr>
              <w:keepNext/>
            </w:pP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6120F8">
            <w:r>
              <w:rPr>
                <w:b/>
                <w:color w:val="0D5F78"/>
              </w:rPr>
              <w:t>Data</w:t>
            </w:r>
          </w:p>
          <w:p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6120F8">
            <w:r>
              <w:rPr>
                <w:b/>
                <w:color w:val="0D5F78"/>
              </w:rPr>
              <w:t>Titularul autorizației</w:t>
            </w:r>
          </w:p>
          <w:p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6120F8">
            <w:r>
              <w:rPr>
                <w:b/>
                <w:color w:val="0D5F78"/>
              </w:rPr>
              <w:t>Semnătura</w:t>
            </w:r>
          </w:p>
          <w:p w:rsidR="007A6244" w:rsidRDefault="007A6244"/>
        </w:tc>
      </w:tr>
    </w:tbl>
    <w:p w:rsidR="007A6244" w:rsidRDefault="007A6244">
      <w:pPr>
        <w:spacing w:line="168" w:lineRule="auto"/>
      </w:pPr>
    </w:p>
    <w:sectPr w:rsidR="007A6244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408" w:rsidRDefault="009C5408">
      <w:r>
        <w:separator/>
      </w:r>
    </w:p>
  </w:endnote>
  <w:endnote w:type="continuationSeparator" w:id="0">
    <w:p w:rsidR="009C5408" w:rsidRDefault="009C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244" w:rsidRDefault="006120F8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  <w:t>pagina</w:t>
    </w:r>
    <w:r w:rsidR="00962955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962955">
      <w:rPr>
        <w:color w:val="595959"/>
      </w:rPr>
      <w:fldChar w:fldCharType="separate"/>
    </w:r>
    <w:r w:rsidR="005A5214">
      <w:rPr>
        <w:noProof/>
        <w:color w:val="595959"/>
      </w:rPr>
      <w:t>1</w:t>
    </w:r>
    <w:r w:rsidR="00962955">
      <w:rPr>
        <w:color w:val="595959"/>
      </w:rPr>
      <w:fldChar w:fldCharType="end"/>
    </w:r>
    <w:r>
      <w:rPr>
        <w:color w:val="595959"/>
      </w:rPr>
      <w:t xml:space="preserve"> din </w:t>
    </w:r>
    <w:r w:rsidR="00962955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962955">
      <w:rPr>
        <w:color w:val="595959"/>
      </w:rPr>
      <w:fldChar w:fldCharType="separate"/>
    </w:r>
    <w:r w:rsidR="005A5214">
      <w:rPr>
        <w:noProof/>
        <w:color w:val="595959"/>
      </w:rPr>
      <w:t>1</w:t>
    </w:r>
    <w:r w:rsidR="00962955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408" w:rsidRDefault="009C5408">
      <w:r>
        <w:separator/>
      </w:r>
    </w:p>
  </w:footnote>
  <w:footnote w:type="continuationSeparator" w:id="0">
    <w:p w:rsidR="009C5408" w:rsidRDefault="009C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0E1544"/>
    <w:rsid w:val="0015074B"/>
    <w:rsid w:val="001A2E7E"/>
    <w:rsid w:val="0029639D"/>
    <w:rsid w:val="00326F90"/>
    <w:rsid w:val="00531BFF"/>
    <w:rsid w:val="005A5214"/>
    <w:rsid w:val="006120F8"/>
    <w:rsid w:val="006C103E"/>
    <w:rsid w:val="007A6244"/>
    <w:rsid w:val="007F2503"/>
    <w:rsid w:val="00962955"/>
    <w:rsid w:val="009C5408"/>
    <w:rsid w:val="009D5BC3"/>
    <w:rsid w:val="00AA1D8D"/>
    <w:rsid w:val="00B47730"/>
    <w:rsid w:val="00BE05BA"/>
    <w:rsid w:val="00CB0664"/>
    <w:rsid w:val="00D21BCF"/>
    <w:rsid w:val="00D4484A"/>
    <w:rsid w:val="00E61A6B"/>
    <w:rsid w:val="00F816D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17FDFA-5808-4C62-BA71-74F9A546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6120F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120F8"/>
    <w:rPr>
      <w:rFonts w:ascii="Tahoma" w:hAnsi="Tahoma" w:cs="Tahoma"/>
      <w:sz w:val="16"/>
      <w:szCs w:val="16"/>
    </w:rPr>
  </w:style>
  <w:style w:type="character" w:styleId="Hyperlink">
    <w:name w:val="Hyperlink"/>
    <w:rsid w:val="00BE05BA"/>
    <w:rPr>
      <w:b/>
      <w:bCs/>
      <w:strike w:val="0"/>
      <w:dstrike w:val="0"/>
      <w:color w:val="FF66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anoleas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_manoleas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1D3672-17AD-49BF-A703-2AB6C06B8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agricol</dc:creator>
  <cp:lastModifiedBy>Laptop</cp:lastModifiedBy>
  <cp:revision>11</cp:revision>
  <dcterms:created xsi:type="dcterms:W3CDTF">2026-10-15T12:43:00Z</dcterms:created>
  <dcterms:modified xsi:type="dcterms:W3CDTF">2026-10-27T08:31:00Z</dcterms:modified>
</cp:coreProperties>
</file>