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6E85" w:rsidRDefault="00304842">
      <w:pPr>
        <w:spacing w:after="160"/>
        <w:jc w:val="both"/>
      </w:pPr>
      <w:r>
        <w:rPr>
          <w:b/>
          <w:sz w:val="17"/>
        </w:rPr>
        <w:t xml:space="preserve">Declarația pe propria răspundere care se depune conform prevederilor art. 93 alin. (4), art. 262 alin. (1) </w:t>
      </w:r>
      <w:proofErr w:type="gramStart"/>
      <w:r>
        <w:rPr>
          <w:b/>
          <w:sz w:val="17"/>
        </w:rPr>
        <w:t>lit</w:t>
      </w:r>
      <w:proofErr w:type="gramEnd"/>
      <w:r>
        <w:rPr>
          <w:b/>
          <w:sz w:val="17"/>
        </w:rPr>
        <w:t xml:space="preserve">. m) și art. 269 alin. (16) </w:t>
      </w:r>
      <w:proofErr w:type="gramStart"/>
      <w:r>
        <w:rPr>
          <w:b/>
          <w:sz w:val="17"/>
        </w:rPr>
        <w:t>din</w:t>
      </w:r>
      <w:proofErr w:type="gramEnd"/>
      <w:r>
        <w:rPr>
          <w:b/>
          <w:sz w:val="17"/>
        </w:rPr>
        <w:t xml:space="preserve"> Legea nr. 169/2026 privind Codul Amenajării Teritoriului, Urbanismului și Construcțiilor</w:t>
      </w: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FC6932" w:rsidRPr="00FC6932" w:rsidTr="00ED500B">
        <w:trPr>
          <w:cantSplit/>
          <w:trHeight w:val="510"/>
        </w:trPr>
        <w:tc>
          <w:tcPr>
            <w:tcW w:w="1606" w:type="dxa"/>
            <w:vMerge w:val="restart"/>
            <w:vAlign w:val="center"/>
          </w:tcPr>
          <w:p w:rsidR="00FC6932" w:rsidRPr="00FC6932" w:rsidRDefault="00FC6932" w:rsidP="00FC6932">
            <w:pPr>
              <w:keepNext/>
              <w:jc w:val="center"/>
              <w:rPr>
                <w:i/>
                <w:color w:val="595959"/>
              </w:rPr>
            </w:pPr>
            <w:r w:rsidRPr="00FC6932">
              <w:rPr>
                <w:rFonts w:asciiTheme="majorHAnsi" w:hAnsiTheme="majorHAnsi"/>
                <w:noProof/>
                <w:lang w:val="ro-RO" w:eastAsia="ro-RO"/>
              </w:rPr>
              <w:drawing>
                <wp:inline distT="0" distB="0" distL="0" distR="0" wp14:anchorId="1C3AAF12" wp14:editId="125AF4E6">
                  <wp:extent cx="904875" cy="1181100"/>
                  <wp:effectExtent l="19050" t="0" r="9525" b="0"/>
                  <wp:docPr id="1" name="Picture 3" descr="ROU_BT_Manoleasa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U_BT_Manoleasa_CoA"/>
                          <pic:cNvPicPr>
                            <a:picLocks noChangeAspect="1" noChangeArrowheads="1"/>
                          </pic:cNvPicPr>
                        </pic:nvPicPr>
                        <pic:blipFill>
                          <a:blip r:embed="rId8" cstate="print"/>
                          <a:srcRect/>
                          <a:stretch>
                            <a:fillRect/>
                          </a:stretch>
                        </pic:blipFill>
                        <pic:spPr bwMode="auto">
                          <a:xfrm>
                            <a:off x="0" y="0"/>
                            <a:ext cx="904875" cy="1181100"/>
                          </a:xfrm>
                          <a:prstGeom prst="rect">
                            <a:avLst/>
                          </a:prstGeom>
                          <a:noFill/>
                          <a:ln w="9525">
                            <a:noFill/>
                            <a:miter lim="800000"/>
                            <a:headEnd/>
                            <a:tailEnd/>
                          </a:ln>
                        </pic:spPr>
                      </pic:pic>
                    </a:graphicData>
                  </a:graphic>
                </wp:inline>
              </w:drawing>
            </w:r>
          </w:p>
          <w:p w:rsidR="00FC6932" w:rsidRPr="00FC6932" w:rsidRDefault="00FC6932" w:rsidP="00FC6932">
            <w:pPr>
              <w:keepNext/>
              <w:jc w:val="center"/>
            </w:pPr>
          </w:p>
        </w:tc>
        <w:tc>
          <w:tcPr>
            <w:tcW w:w="8030" w:type="dxa"/>
            <w:gridSpan w:val="3"/>
            <w:shd w:val="clear" w:color="auto" w:fill="F0F0F0"/>
          </w:tcPr>
          <w:p w:rsidR="00FC6932" w:rsidRPr="00FC6932" w:rsidRDefault="00FC6932" w:rsidP="00FC6932">
            <w:pPr>
              <w:keepNext/>
            </w:pPr>
            <w:proofErr w:type="spellStart"/>
            <w:r w:rsidRPr="00FC6932">
              <w:rPr>
                <w:b/>
              </w:rPr>
              <w:t>Județul</w:t>
            </w:r>
            <w:proofErr w:type="spellEnd"/>
            <w:r w:rsidRPr="00FC6932">
              <w:rPr>
                <w:b/>
              </w:rPr>
              <w:t xml:space="preserve">   </w:t>
            </w:r>
            <w:proofErr w:type="spellStart"/>
            <w:r w:rsidRPr="00FC6932">
              <w:rPr>
                <w:b/>
              </w:rPr>
              <w:t>Botoșani</w:t>
            </w:r>
            <w:proofErr w:type="spellEnd"/>
          </w:p>
          <w:p w:rsidR="00FC6932" w:rsidRPr="00FC6932" w:rsidRDefault="00FC6932" w:rsidP="00FC6932">
            <w:pPr>
              <w:keepNext/>
            </w:pPr>
          </w:p>
        </w:tc>
      </w:tr>
      <w:tr w:rsidR="00FC6932" w:rsidRPr="00FC6932" w:rsidTr="00ED500B">
        <w:trPr>
          <w:cantSplit/>
          <w:trHeight w:val="510"/>
        </w:trPr>
        <w:tc>
          <w:tcPr>
            <w:tcW w:w="1606" w:type="dxa"/>
            <w:vMerge/>
          </w:tcPr>
          <w:p w:rsidR="00FC6932" w:rsidRPr="00FC6932" w:rsidRDefault="00FC6932" w:rsidP="00FC6932"/>
        </w:tc>
        <w:tc>
          <w:tcPr>
            <w:tcW w:w="8030" w:type="dxa"/>
            <w:gridSpan w:val="3"/>
            <w:shd w:val="clear" w:color="auto" w:fill="F0F0F0"/>
          </w:tcPr>
          <w:p w:rsidR="00FC6932" w:rsidRPr="00FC6932" w:rsidRDefault="00FC6932" w:rsidP="00FC6932">
            <w:pPr>
              <w:keepNext/>
            </w:pPr>
            <w:proofErr w:type="spellStart"/>
            <w:r w:rsidRPr="00FC6932">
              <w:rPr>
                <w:b/>
              </w:rPr>
              <w:t>Primăria</w:t>
            </w:r>
            <w:proofErr w:type="spellEnd"/>
            <w:r w:rsidRPr="00FC6932">
              <w:rPr>
                <w:b/>
              </w:rPr>
              <w:t xml:space="preserve"> </w:t>
            </w:r>
            <w:proofErr w:type="spellStart"/>
            <w:r w:rsidRPr="00FC6932">
              <w:rPr>
                <w:b/>
              </w:rPr>
              <w:t>Manoleasa</w:t>
            </w:r>
            <w:proofErr w:type="spellEnd"/>
          </w:p>
          <w:p w:rsidR="00FC6932" w:rsidRPr="00FC6932" w:rsidRDefault="00FC6932" w:rsidP="00FC6932">
            <w:pPr>
              <w:keepNext/>
            </w:pPr>
          </w:p>
        </w:tc>
      </w:tr>
      <w:tr w:rsidR="00FC6932" w:rsidRPr="00FC6932" w:rsidTr="00ED500B">
        <w:trPr>
          <w:cantSplit/>
          <w:trHeight w:val="510"/>
        </w:trPr>
        <w:tc>
          <w:tcPr>
            <w:tcW w:w="1606" w:type="dxa"/>
            <w:vMerge/>
          </w:tcPr>
          <w:p w:rsidR="00FC6932" w:rsidRPr="00FC6932" w:rsidRDefault="00FC6932" w:rsidP="00FC6932"/>
        </w:tc>
        <w:tc>
          <w:tcPr>
            <w:tcW w:w="2409" w:type="dxa"/>
            <w:shd w:val="clear" w:color="auto" w:fill="F0F0F0"/>
          </w:tcPr>
          <w:p w:rsidR="00FC6932" w:rsidRPr="00FC6932" w:rsidRDefault="00FC6932" w:rsidP="00FC6932">
            <w:pPr>
              <w:keepNext/>
              <w:rPr>
                <w:lang w:val="fr-FR"/>
              </w:rPr>
            </w:pPr>
            <w:r w:rsidRPr="00FC6932">
              <w:rPr>
                <w:b/>
                <w:lang w:val="fr-FR"/>
              </w:rPr>
              <w:t xml:space="preserve">Cod </w:t>
            </w:r>
            <w:proofErr w:type="gramStart"/>
            <w:r w:rsidRPr="00FC6932">
              <w:rPr>
                <w:b/>
                <w:lang w:val="fr-FR"/>
              </w:rPr>
              <w:t xml:space="preserve">de </w:t>
            </w:r>
            <w:proofErr w:type="spellStart"/>
            <w:r w:rsidRPr="00FC6932">
              <w:rPr>
                <w:b/>
                <w:lang w:val="fr-FR"/>
              </w:rPr>
              <w:t>identificare</w:t>
            </w:r>
            <w:proofErr w:type="spellEnd"/>
            <w:proofErr w:type="gramEnd"/>
            <w:r w:rsidRPr="00FC6932">
              <w:rPr>
                <w:b/>
                <w:lang w:val="fr-FR"/>
              </w:rPr>
              <w:t xml:space="preserve"> </w:t>
            </w:r>
            <w:proofErr w:type="spellStart"/>
            <w:r w:rsidRPr="00FC6932">
              <w:rPr>
                <w:b/>
                <w:lang w:val="fr-FR"/>
              </w:rPr>
              <w:t>fiscală</w:t>
            </w:r>
            <w:proofErr w:type="spellEnd"/>
            <w:r w:rsidRPr="00FC6932">
              <w:rPr>
                <w:b/>
                <w:lang w:val="fr-FR"/>
              </w:rPr>
              <w:t xml:space="preserve"> (CIF)</w:t>
            </w:r>
          </w:p>
          <w:p w:rsidR="00FC6932" w:rsidRPr="00FC6932" w:rsidRDefault="00FC6932" w:rsidP="00FC6932">
            <w:pPr>
              <w:keepNext/>
              <w:rPr>
                <w:lang w:val="fr-FR"/>
              </w:rPr>
            </w:pPr>
            <w:r w:rsidRPr="00FC6932">
              <w:rPr>
                <w:b/>
                <w:lang w:val="it-IT"/>
              </w:rPr>
              <w:t>3643906</w:t>
            </w:r>
          </w:p>
        </w:tc>
        <w:tc>
          <w:tcPr>
            <w:tcW w:w="5621" w:type="dxa"/>
            <w:gridSpan w:val="2"/>
            <w:shd w:val="clear" w:color="auto" w:fill="F0F0F0"/>
          </w:tcPr>
          <w:p w:rsidR="00FC6932" w:rsidRPr="00FC6932" w:rsidRDefault="00FC6932" w:rsidP="00FC6932">
            <w:pPr>
              <w:keepNext/>
              <w:rPr>
                <w:b/>
                <w:lang w:val="pt-PT"/>
              </w:rPr>
            </w:pPr>
            <w:r w:rsidRPr="00FC6932">
              <w:rPr>
                <w:b/>
                <w:lang w:val="pt-PT"/>
              </w:rPr>
              <w:t>Adresa: Strada Principal</w:t>
            </w:r>
            <w:r w:rsidRPr="00FC6932">
              <w:rPr>
                <w:b/>
                <w:lang w:val="ro-RO"/>
              </w:rPr>
              <w:t>ă</w:t>
            </w:r>
            <w:r w:rsidRPr="00FC6932">
              <w:rPr>
                <w:b/>
                <w:lang w:val="pt-PT"/>
              </w:rPr>
              <w:t>, Nr. 37, Cod poștal 717230</w:t>
            </w:r>
          </w:p>
          <w:p w:rsidR="00FC6932" w:rsidRPr="00FC6932" w:rsidRDefault="00FC6932" w:rsidP="00FC6932">
            <w:pPr>
              <w:keepNext/>
              <w:rPr>
                <w:b/>
                <w:lang w:val="it-IT"/>
              </w:rPr>
            </w:pPr>
            <w:r w:rsidRPr="00FC6932">
              <w:rPr>
                <w:b/>
                <w:lang w:val="it-IT"/>
              </w:rPr>
              <w:t xml:space="preserve">Telefon: </w:t>
            </w:r>
            <w:r w:rsidRPr="00FC6932">
              <w:rPr>
                <w:rFonts w:cs="Times New Roman"/>
                <w:b/>
                <w:lang w:eastAsia="ro-RO"/>
              </w:rPr>
              <w:t xml:space="preserve">0231-560101 / </w:t>
            </w:r>
            <w:r w:rsidRPr="00FC6932">
              <w:rPr>
                <w:b/>
                <w:lang w:val="it-IT"/>
              </w:rPr>
              <w:t xml:space="preserve"> </w:t>
            </w:r>
            <w:r w:rsidRPr="00FC6932">
              <w:rPr>
                <w:rFonts w:cs="Times New Roman"/>
                <w:b/>
                <w:lang w:eastAsia="ro-RO"/>
              </w:rPr>
              <w:t>0231-560222</w:t>
            </w:r>
          </w:p>
          <w:p w:rsidR="00FC6932" w:rsidRPr="00FC6932" w:rsidRDefault="00FC6932" w:rsidP="00FC6932">
            <w:pPr>
              <w:keepNext/>
              <w:rPr>
                <w:b/>
                <w:lang w:val="it-IT"/>
              </w:rPr>
            </w:pPr>
            <w:r w:rsidRPr="00FC6932">
              <w:rPr>
                <w:b/>
                <w:lang w:val="it-IT"/>
              </w:rPr>
              <w:t xml:space="preserve">E-mail: </w:t>
            </w:r>
            <w:r w:rsidRPr="00FC6932">
              <w:rPr>
                <w:rFonts w:cs="Times New Roman"/>
                <w:lang w:eastAsia="ro-RO"/>
              </w:rPr>
              <w:t xml:space="preserve">: </w:t>
            </w:r>
            <w:hyperlink r:id="rId9" w:history="1">
              <w:r w:rsidRPr="00FC6932">
                <w:rPr>
                  <w:rFonts w:cs="Times New Roman"/>
                  <w:b/>
                </w:rPr>
                <w:t>primaria_manoleasa@yahoo.com</w:t>
              </w:r>
            </w:hyperlink>
          </w:p>
          <w:p w:rsidR="00FC6932" w:rsidRPr="00FC6932" w:rsidRDefault="00FC6932" w:rsidP="00FC6932">
            <w:pPr>
              <w:keepNext/>
              <w:rPr>
                <w:b/>
              </w:rPr>
            </w:pPr>
            <w:r w:rsidRPr="00FC6932">
              <w:rPr>
                <w:rFonts w:cs="Times New Roman"/>
                <w:b/>
                <w:lang w:eastAsia="ro-RO"/>
              </w:rPr>
              <w:t xml:space="preserve">internet: </w:t>
            </w:r>
            <w:hyperlink r:id="rId10" w:history="1">
              <w:r w:rsidRPr="00FC6932">
                <w:rPr>
                  <w:rFonts w:cs="Times New Roman"/>
                  <w:b/>
                </w:rPr>
                <w:t>http://www.comunamanoleasa.ro</w:t>
              </w:r>
            </w:hyperlink>
          </w:p>
        </w:tc>
      </w:tr>
      <w:tr w:rsidR="00FC6932" w:rsidRPr="00FC6932" w:rsidTr="00ED500B">
        <w:trPr>
          <w:cantSplit/>
          <w:trHeight w:val="510"/>
        </w:trPr>
        <w:tc>
          <w:tcPr>
            <w:tcW w:w="1606" w:type="dxa"/>
            <w:vMerge/>
          </w:tcPr>
          <w:p w:rsidR="00FC6932" w:rsidRPr="00FC6932" w:rsidRDefault="00FC6932" w:rsidP="00FC6932"/>
        </w:tc>
        <w:tc>
          <w:tcPr>
            <w:tcW w:w="4818" w:type="dxa"/>
            <w:gridSpan w:val="2"/>
            <w:shd w:val="clear" w:color="auto" w:fill="F0F0F0"/>
          </w:tcPr>
          <w:p w:rsidR="00FC6932" w:rsidRPr="00FC6932" w:rsidRDefault="00FC6932" w:rsidP="00FC6932">
            <w:pPr>
              <w:keepNext/>
            </w:pPr>
            <w:proofErr w:type="spellStart"/>
            <w:r w:rsidRPr="00FC6932">
              <w:rPr>
                <w:b/>
              </w:rPr>
              <w:t>Număr</w:t>
            </w:r>
            <w:proofErr w:type="spellEnd"/>
            <w:r w:rsidRPr="00FC6932">
              <w:rPr>
                <w:b/>
              </w:rPr>
              <w:t xml:space="preserve"> de </w:t>
            </w:r>
            <w:proofErr w:type="spellStart"/>
            <w:r w:rsidRPr="00FC6932">
              <w:rPr>
                <w:b/>
              </w:rPr>
              <w:t>înregistrare</w:t>
            </w:r>
            <w:proofErr w:type="spellEnd"/>
          </w:p>
          <w:p w:rsidR="00FC6932" w:rsidRPr="00FC6932" w:rsidRDefault="00FC6932" w:rsidP="00FC6932">
            <w:pPr>
              <w:keepNext/>
            </w:pPr>
          </w:p>
        </w:tc>
        <w:tc>
          <w:tcPr>
            <w:tcW w:w="3212" w:type="dxa"/>
            <w:shd w:val="clear" w:color="auto" w:fill="F0F0F0"/>
          </w:tcPr>
          <w:p w:rsidR="00FC6932" w:rsidRPr="00FC6932" w:rsidRDefault="00FC6932" w:rsidP="00FC6932">
            <w:pPr>
              <w:keepNext/>
            </w:pPr>
            <w:r w:rsidRPr="00FC6932">
              <w:rPr>
                <w:b/>
              </w:rPr>
              <w:t>Data</w:t>
            </w:r>
          </w:p>
          <w:p w:rsidR="00FC6932" w:rsidRPr="00FC6932" w:rsidRDefault="00FC6932" w:rsidP="00FC6932">
            <w:pPr>
              <w:keepNext/>
            </w:pPr>
          </w:p>
        </w:tc>
      </w:tr>
    </w:tbl>
    <w:p w:rsidR="00D06E85" w:rsidRPr="00F146C8" w:rsidRDefault="00D06E85">
      <w:pPr>
        <w:spacing w:line="168" w:lineRule="auto"/>
        <w:rPr>
          <w:lang w:val="fr-FR"/>
        </w:rPr>
      </w:pPr>
      <w:bookmarkStart w:id="0" w:name="_GoBack"/>
      <w:bookmarkEnd w:id="0"/>
    </w:p>
    <w:p w:rsidR="00D06E85" w:rsidRPr="00B23FEC" w:rsidRDefault="00304842">
      <w:pPr>
        <w:spacing w:before="140" w:after="40"/>
        <w:jc w:val="center"/>
        <w:rPr>
          <w:sz w:val="28"/>
          <w:szCs w:val="28"/>
          <w:lang w:val="fr-FR"/>
        </w:rPr>
      </w:pPr>
      <w:r w:rsidRPr="00B23FEC">
        <w:rPr>
          <w:b/>
          <w:sz w:val="28"/>
          <w:szCs w:val="28"/>
          <w:lang w:val="fr-FR"/>
        </w:rPr>
        <w:t>DECLARAȚIE PE PROPRIA RĂSPUNDERE</w:t>
      </w:r>
    </w:p>
    <w:p w:rsidR="00D06E85" w:rsidRPr="00F146C8" w:rsidRDefault="00304842">
      <w:pPr>
        <w:spacing w:after="120"/>
        <w:jc w:val="center"/>
        <w:rPr>
          <w:lang w:val="fr-FR"/>
        </w:rPr>
      </w:pPr>
      <w:proofErr w:type="spellStart"/>
      <w:r w:rsidRPr="00F146C8">
        <w:rPr>
          <w:sz w:val="19"/>
          <w:lang w:val="fr-FR"/>
        </w:rPr>
        <w:t>prin</w:t>
      </w:r>
      <w:proofErr w:type="spell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rsidR="00D06E85" w:rsidRPr="00F146C8" w:rsidRDefault="00D06E85">
      <w:pPr>
        <w:spacing w:after="60"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trPr>
          <w:cantSplit/>
        </w:trPr>
        <w:tc>
          <w:tcPr>
            <w:tcW w:w="9636" w:type="dxa"/>
            <w:gridSpan w:val="8"/>
            <w:shd w:val="clear" w:color="auto" w:fill="F4F4F4"/>
          </w:tcPr>
          <w:p w:rsidR="00D06E85" w:rsidRDefault="00304842">
            <w:pPr>
              <w:keepNext/>
            </w:pPr>
            <w:r>
              <w:rPr>
                <w:b/>
                <w:sz w:val="16"/>
              </w:rPr>
              <w:t xml:space="preserve">1. </w:t>
            </w:r>
            <w:r>
              <w:rPr>
                <w:b/>
                <w:color w:val="000000"/>
                <w:sz w:val="18"/>
              </w:rPr>
              <w:t>SOLICITANTUL</w:t>
            </w:r>
          </w:p>
        </w:tc>
      </w:tr>
      <w:tr w:rsidR="00D06E85">
        <w:trPr>
          <w:cantSplit/>
          <w:trHeight w:val="510"/>
        </w:trPr>
        <w:tc>
          <w:tcPr>
            <w:tcW w:w="5621" w:type="dxa"/>
            <w:gridSpan w:val="5"/>
          </w:tcPr>
          <w:p w:rsidR="00D06E85" w:rsidRDefault="00304842">
            <w:pPr>
              <w:keepNext/>
            </w:pPr>
            <w:r>
              <w:rPr>
                <w:b/>
                <w:color w:val="0D5F78"/>
              </w:rPr>
              <w:t>Nume și prenume</w:t>
            </w:r>
          </w:p>
          <w:p w:rsidR="00D06E85" w:rsidRDefault="00D06E85">
            <w:pPr>
              <w:keepNext/>
            </w:pPr>
          </w:p>
        </w:tc>
        <w:tc>
          <w:tcPr>
            <w:tcW w:w="4015" w:type="dxa"/>
            <w:gridSpan w:val="3"/>
          </w:tcPr>
          <w:p w:rsidR="00D06E85" w:rsidRDefault="00304842">
            <w:pPr>
              <w:keepNext/>
            </w:pPr>
            <w:r>
              <w:rPr>
                <w:b/>
                <w:color w:val="0D5F78"/>
              </w:rPr>
              <w:t>CNP</w:t>
            </w:r>
          </w:p>
          <w:p w:rsidR="00D06E85" w:rsidRDefault="00D06E85">
            <w:pPr>
              <w:keepNext/>
            </w:pPr>
          </w:p>
        </w:tc>
      </w:tr>
      <w:tr w:rsidR="00D06E85">
        <w:trPr>
          <w:cantSplit/>
        </w:trPr>
        <w:tc>
          <w:tcPr>
            <w:tcW w:w="9636" w:type="dxa"/>
            <w:gridSpan w:val="8"/>
            <w:shd w:val="clear" w:color="auto" w:fill="F4F4F4"/>
          </w:tcPr>
          <w:p w:rsidR="00D06E85" w:rsidRDefault="00304842">
            <w:pPr>
              <w:keepNext/>
            </w:pPr>
            <w:r>
              <w:rPr>
                <w:sz w:val="16"/>
              </w:rPr>
              <w:t xml:space="preserve"> Act de identitate</w:t>
            </w:r>
          </w:p>
        </w:tc>
      </w:tr>
      <w:tr w:rsidR="00D06E85">
        <w:trPr>
          <w:cantSplit/>
          <w:trHeight w:val="510"/>
        </w:trPr>
        <w:tc>
          <w:tcPr>
            <w:tcW w:w="1606" w:type="dxa"/>
          </w:tcPr>
          <w:p w:rsidR="00D06E85" w:rsidRDefault="00304842">
            <w:pPr>
              <w:keepNext/>
            </w:pPr>
            <w:r>
              <w:rPr>
                <w:b/>
                <w:color w:val="0D5F78"/>
              </w:rPr>
              <w:t>Seria</w:t>
            </w:r>
          </w:p>
          <w:p w:rsidR="00D06E85" w:rsidRDefault="00D06E85">
            <w:pPr>
              <w:keepNext/>
            </w:pPr>
          </w:p>
        </w:tc>
        <w:tc>
          <w:tcPr>
            <w:tcW w:w="1606" w:type="dxa"/>
          </w:tcPr>
          <w:p w:rsidR="00D06E85" w:rsidRDefault="00304842">
            <w:pPr>
              <w:keepNext/>
            </w:pPr>
            <w:r>
              <w:rPr>
                <w:b/>
                <w:color w:val="0D5F78"/>
              </w:rPr>
              <w:t>Numărul</w:t>
            </w:r>
          </w:p>
          <w:p w:rsidR="00D06E85" w:rsidRDefault="00D06E85">
            <w:pPr>
              <w:keepNext/>
            </w:pPr>
          </w:p>
        </w:tc>
        <w:tc>
          <w:tcPr>
            <w:tcW w:w="4818" w:type="dxa"/>
            <w:gridSpan w:val="5"/>
          </w:tcPr>
          <w:p w:rsidR="00D06E85" w:rsidRDefault="00304842">
            <w:pPr>
              <w:keepNext/>
            </w:pPr>
            <w:r>
              <w:rPr>
                <w:b/>
                <w:color w:val="0D5F78"/>
              </w:rPr>
              <w:t>Eliberat de</w:t>
            </w:r>
          </w:p>
          <w:p w:rsidR="00D06E85" w:rsidRDefault="00D06E85">
            <w:pPr>
              <w:keepNext/>
            </w:pPr>
          </w:p>
        </w:tc>
        <w:tc>
          <w:tcPr>
            <w:tcW w:w="1606" w:type="dxa"/>
          </w:tcPr>
          <w:p w:rsidR="00D06E85" w:rsidRDefault="00304842">
            <w:pPr>
              <w:keepNext/>
            </w:pPr>
            <w:r>
              <w:rPr>
                <w:b/>
                <w:color w:val="0D5F78"/>
              </w:rPr>
              <w:t>La data</w:t>
            </w:r>
          </w:p>
          <w:p w:rsidR="00D06E85" w:rsidRDefault="00D06E85">
            <w:pPr>
              <w:keepNext/>
            </w:pPr>
          </w:p>
        </w:tc>
      </w:tr>
      <w:tr w:rsidR="00D06E85">
        <w:trPr>
          <w:cantSplit/>
        </w:trPr>
        <w:tc>
          <w:tcPr>
            <w:tcW w:w="9636" w:type="dxa"/>
            <w:gridSpan w:val="8"/>
            <w:shd w:val="clear" w:color="auto" w:fill="F4F4F4"/>
          </w:tcPr>
          <w:p w:rsidR="00D06E85" w:rsidRDefault="00304842">
            <w:pPr>
              <w:keepNext/>
            </w:pPr>
            <w:r>
              <w:rPr>
                <w:sz w:val="16"/>
              </w:rPr>
              <w:t xml:space="preserve"> Domiciliul</w:t>
            </w:r>
          </w:p>
        </w:tc>
      </w:tr>
      <w:tr w:rsidR="00D06E85">
        <w:trPr>
          <w:cantSplit/>
          <w:trHeight w:val="510"/>
        </w:trPr>
        <w:tc>
          <w:tcPr>
            <w:tcW w:w="3212" w:type="dxa"/>
            <w:gridSpan w:val="2"/>
          </w:tcPr>
          <w:p w:rsidR="00D06E85" w:rsidRDefault="00304842">
            <w:pPr>
              <w:keepNext/>
            </w:pPr>
            <w:r>
              <w:rPr>
                <w:b/>
                <w:color w:val="0D5F78"/>
              </w:rPr>
              <w:t>Județul</w:t>
            </w:r>
          </w:p>
          <w:p w:rsidR="00D06E85" w:rsidRDefault="00D06E85">
            <w:pPr>
              <w:keepNext/>
            </w:pPr>
          </w:p>
        </w:tc>
        <w:tc>
          <w:tcPr>
            <w:tcW w:w="3212" w:type="dxa"/>
            <w:gridSpan w:val="4"/>
          </w:tcPr>
          <w:p w:rsidR="00D06E85" w:rsidRDefault="00304842">
            <w:pPr>
              <w:keepNext/>
            </w:pPr>
            <w:r>
              <w:rPr>
                <w:b/>
                <w:color w:val="0D5F78"/>
              </w:rPr>
              <w:t>Municipiul / orașul / comuna</w:t>
            </w:r>
          </w:p>
          <w:p w:rsidR="00D06E85" w:rsidRDefault="00D06E85">
            <w:pPr>
              <w:keepNext/>
            </w:pPr>
          </w:p>
        </w:tc>
        <w:tc>
          <w:tcPr>
            <w:tcW w:w="3212" w:type="dxa"/>
            <w:gridSpan w:val="2"/>
          </w:tcPr>
          <w:p w:rsidR="00D06E85" w:rsidRDefault="00304842">
            <w:pPr>
              <w:keepNext/>
            </w:pPr>
            <w:r>
              <w:rPr>
                <w:b/>
                <w:color w:val="0D5F78"/>
              </w:rPr>
              <w:t>Satul / sectorul</w:t>
            </w:r>
          </w:p>
          <w:p w:rsidR="00D06E85" w:rsidRDefault="00D06E85">
            <w:pPr>
              <w:keepNext/>
            </w:pPr>
          </w:p>
        </w:tc>
      </w:tr>
      <w:tr w:rsidR="00D06E85">
        <w:trPr>
          <w:cantSplit/>
          <w:trHeight w:val="510"/>
        </w:trPr>
        <w:tc>
          <w:tcPr>
            <w:tcW w:w="3212" w:type="dxa"/>
            <w:gridSpan w:val="2"/>
          </w:tcPr>
          <w:p w:rsidR="00D06E85" w:rsidRDefault="00304842">
            <w:pPr>
              <w:keepNext/>
            </w:pPr>
            <w:r>
              <w:rPr>
                <w:b/>
                <w:color w:val="0D5F78"/>
              </w:rPr>
              <w:t>Strada</w:t>
            </w:r>
          </w:p>
          <w:p w:rsidR="00D06E85" w:rsidRDefault="00D06E85">
            <w:pPr>
              <w:keepNext/>
            </w:pPr>
          </w:p>
        </w:tc>
        <w:tc>
          <w:tcPr>
            <w:tcW w:w="803" w:type="dxa"/>
          </w:tcPr>
          <w:p w:rsidR="00D06E85" w:rsidRDefault="00304842">
            <w:pPr>
              <w:keepNext/>
            </w:pPr>
            <w:r>
              <w:rPr>
                <w:b/>
                <w:color w:val="0D5F78"/>
              </w:rPr>
              <w:t>Nr.</w:t>
            </w:r>
          </w:p>
          <w:p w:rsidR="00D06E85" w:rsidRDefault="00D06E85">
            <w:pPr>
              <w:keepNext/>
            </w:pPr>
          </w:p>
        </w:tc>
        <w:tc>
          <w:tcPr>
            <w:tcW w:w="803" w:type="dxa"/>
          </w:tcPr>
          <w:p w:rsidR="00D06E85" w:rsidRDefault="00304842">
            <w:pPr>
              <w:keepNext/>
            </w:pPr>
            <w:r>
              <w:rPr>
                <w:b/>
                <w:color w:val="0D5F78"/>
              </w:rPr>
              <w:t>Sc.</w:t>
            </w:r>
          </w:p>
          <w:p w:rsidR="00D06E85" w:rsidRDefault="00D06E85">
            <w:pPr>
              <w:keepNext/>
            </w:pPr>
          </w:p>
        </w:tc>
        <w:tc>
          <w:tcPr>
            <w:tcW w:w="803" w:type="dxa"/>
          </w:tcPr>
          <w:p w:rsidR="00D06E85" w:rsidRDefault="00304842">
            <w:pPr>
              <w:keepNext/>
            </w:pPr>
            <w:r>
              <w:rPr>
                <w:b/>
                <w:color w:val="0D5F78"/>
              </w:rPr>
              <w:t>Et.</w:t>
            </w:r>
          </w:p>
          <w:p w:rsidR="00D06E85" w:rsidRDefault="00D06E85">
            <w:pPr>
              <w:keepNext/>
            </w:pPr>
          </w:p>
        </w:tc>
        <w:tc>
          <w:tcPr>
            <w:tcW w:w="803" w:type="dxa"/>
          </w:tcPr>
          <w:p w:rsidR="00D06E85" w:rsidRDefault="00304842">
            <w:pPr>
              <w:keepNext/>
            </w:pPr>
            <w:r>
              <w:rPr>
                <w:b/>
                <w:color w:val="0D5F78"/>
              </w:rPr>
              <w:t>Ap.</w:t>
            </w:r>
          </w:p>
          <w:p w:rsidR="00D06E85" w:rsidRDefault="00D06E85">
            <w:pPr>
              <w:keepNext/>
            </w:pPr>
          </w:p>
        </w:tc>
        <w:tc>
          <w:tcPr>
            <w:tcW w:w="1606" w:type="dxa"/>
          </w:tcPr>
          <w:p w:rsidR="00D06E85" w:rsidRDefault="00304842">
            <w:pPr>
              <w:keepNext/>
            </w:pPr>
            <w:r>
              <w:rPr>
                <w:b/>
                <w:color w:val="0D5F78"/>
              </w:rPr>
              <w:t>Cod poștal</w:t>
            </w:r>
          </w:p>
          <w:p w:rsidR="00D06E85" w:rsidRDefault="00D06E85">
            <w:pPr>
              <w:keepNext/>
            </w:pPr>
          </w:p>
        </w:tc>
        <w:tc>
          <w:tcPr>
            <w:tcW w:w="1606" w:type="dxa"/>
          </w:tcPr>
          <w:p w:rsidR="00D06E85" w:rsidRDefault="00304842">
            <w:pPr>
              <w:keepNext/>
            </w:pPr>
            <w:r>
              <w:rPr>
                <w:b/>
                <w:color w:val="0D5F78"/>
              </w:rPr>
              <w:t>Țara</w:t>
            </w:r>
          </w:p>
          <w:p w:rsidR="00D06E85" w:rsidRDefault="00D06E85">
            <w:pPr>
              <w:keepNext/>
            </w:pPr>
          </w:p>
        </w:tc>
      </w:tr>
      <w:tr w:rsidR="00D06E85">
        <w:trPr>
          <w:cantSplit/>
        </w:trPr>
        <w:tc>
          <w:tcPr>
            <w:tcW w:w="9636" w:type="dxa"/>
            <w:gridSpan w:val="8"/>
            <w:shd w:val="clear" w:color="auto" w:fill="F4F4F4"/>
          </w:tcPr>
          <w:p w:rsidR="00D06E85" w:rsidRDefault="00304842">
            <w:pPr>
              <w:keepNext/>
            </w:pPr>
            <w:r>
              <w:rPr>
                <w:sz w:val="16"/>
              </w:rPr>
              <w:t xml:space="preserve"> Date de contact</w:t>
            </w:r>
          </w:p>
        </w:tc>
      </w:tr>
      <w:tr w:rsidR="00D06E85">
        <w:trPr>
          <w:cantSplit/>
          <w:trHeight w:val="510"/>
        </w:trPr>
        <w:tc>
          <w:tcPr>
            <w:tcW w:w="4015" w:type="dxa"/>
            <w:gridSpan w:val="3"/>
          </w:tcPr>
          <w:p w:rsidR="00D06E85" w:rsidRDefault="00304842">
            <w:pPr>
              <w:keepNext/>
            </w:pPr>
            <w:r>
              <w:rPr>
                <w:b/>
                <w:color w:val="0D5F78"/>
              </w:rPr>
              <w:t>Telefon / fax</w:t>
            </w:r>
          </w:p>
          <w:p w:rsidR="00D06E85" w:rsidRDefault="00D06E85">
            <w:pPr>
              <w:keepNext/>
            </w:pPr>
          </w:p>
        </w:tc>
        <w:tc>
          <w:tcPr>
            <w:tcW w:w="5621" w:type="dxa"/>
            <w:gridSpan w:val="5"/>
          </w:tcPr>
          <w:p w:rsidR="00D06E85" w:rsidRDefault="00304842">
            <w:pPr>
              <w:keepNext/>
            </w:pPr>
            <w:r>
              <w:rPr>
                <w:b/>
                <w:color w:val="0D5F78"/>
              </w:rPr>
              <w:t>E-mail</w:t>
            </w:r>
          </w:p>
          <w:p w:rsidR="00D06E85" w:rsidRDefault="00D06E85">
            <w:pPr>
              <w:keepNext/>
            </w:pPr>
          </w:p>
        </w:tc>
      </w:tr>
      <w:tr w:rsidR="00D06E85">
        <w:trPr>
          <w:cantSplit/>
        </w:trPr>
        <w:tc>
          <w:tcPr>
            <w:tcW w:w="9636" w:type="dxa"/>
            <w:gridSpan w:val="8"/>
            <w:shd w:val="clear" w:color="auto" w:fill="F4F4F4"/>
          </w:tcPr>
          <w:p w:rsidR="00D06E85" w:rsidRDefault="00304842">
            <w:pPr>
              <w:keepNext/>
            </w:pPr>
            <w:r>
              <w:rPr>
                <w:sz w:val="16"/>
              </w:rPr>
              <w:t xml:space="preserve"> Reprezentare</w:t>
            </w:r>
          </w:p>
        </w:tc>
      </w:tr>
      <w:tr w:rsidR="00D06E85">
        <w:trPr>
          <w:cantSplit/>
          <w:trHeight w:val="510"/>
        </w:trPr>
        <w:tc>
          <w:tcPr>
            <w:tcW w:w="6424" w:type="dxa"/>
            <w:gridSpan w:val="6"/>
          </w:tcPr>
          <w:p w:rsidR="00D06E85" w:rsidRDefault="00304842">
            <w:r>
              <w:rPr>
                <w:b/>
                <w:color w:val="0D5F78"/>
              </w:rPr>
              <w:t>În calitate de reprezentant al</w:t>
            </w:r>
          </w:p>
          <w:p w:rsidR="00D06E85" w:rsidRDefault="00D06E85"/>
        </w:tc>
        <w:tc>
          <w:tcPr>
            <w:tcW w:w="3212" w:type="dxa"/>
            <w:gridSpan w:val="2"/>
          </w:tcPr>
          <w:p w:rsidR="00D06E85" w:rsidRDefault="00304842">
            <w:r>
              <w:rPr>
                <w:b/>
                <w:color w:val="0D5F78"/>
              </w:rPr>
              <w:t>CUI / CIF</w:t>
            </w:r>
          </w:p>
          <w:p w:rsidR="00D06E85" w:rsidRDefault="00D06E85"/>
        </w:tc>
      </w:tr>
    </w:tbl>
    <w:p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trPr>
          <w:cantSplit/>
        </w:trPr>
        <w:tc>
          <w:tcPr>
            <w:tcW w:w="9636" w:type="dxa"/>
            <w:gridSpan w:val="7"/>
            <w:shd w:val="clear" w:color="auto" w:fill="F4F4F4"/>
          </w:tcPr>
          <w:p w:rsidR="00D06E85" w:rsidRDefault="00304842">
            <w:pPr>
              <w:keepNext/>
            </w:pPr>
            <w:r>
              <w:rPr>
                <w:b/>
                <w:sz w:val="16"/>
              </w:rPr>
              <w:t xml:space="preserve"> 2. </w:t>
            </w:r>
            <w:r>
              <w:rPr>
                <w:b/>
                <w:color w:val="000000"/>
                <w:sz w:val="18"/>
              </w:rPr>
              <w:t>BENEFICIAR AL</w:t>
            </w:r>
          </w:p>
        </w:tc>
      </w:tr>
      <w:tr w:rsidR="00D06E85" w:rsidRPr="00B23FEC">
        <w:trPr>
          <w:cantSplit/>
        </w:trPr>
        <w:tc>
          <w:tcPr>
            <w:tcW w:w="9636" w:type="dxa"/>
            <w:gridSpan w:val="7"/>
          </w:tcPr>
          <w:p w:rsidR="00D06E85" w:rsidRDefault="00304842">
            <w:pPr>
              <w:keepNext/>
              <w:rPr>
                <w:sz w:val="16"/>
                <w:lang w:val="fr-FR"/>
              </w:rPr>
            </w:pPr>
            <w:r w:rsidRPr="00F146C8">
              <w:rPr>
                <w:sz w:val="16"/>
                <w:lang w:val="fr-FR"/>
              </w:rPr>
              <w:t>☐</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r w:rsidRPr="00F146C8">
              <w:rPr>
                <w:sz w:val="16"/>
                <w:lang w:val="fr-FR"/>
              </w:rPr>
              <w:t>denumirea</w:t>
            </w:r>
            <w:proofErr w:type="spellEnd"/>
            <w:r w:rsidRPr="00F146C8">
              <w:rPr>
                <w:sz w:val="16"/>
                <w:lang w:val="fr-FR"/>
              </w:rPr>
              <w:t>:</w:t>
            </w:r>
          </w:p>
          <w:p w:rsidR="00B23FEC" w:rsidRPr="00F146C8" w:rsidRDefault="00B23FEC">
            <w:pPr>
              <w:keepNext/>
              <w:rPr>
                <w:lang w:val="fr-FR"/>
              </w:rPr>
            </w:pPr>
            <w:r>
              <w:rPr>
                <w:sz w:val="16"/>
                <w:lang w:val="fr-FR"/>
              </w:rPr>
              <w:t>……………………………………………………………………………………………………………………………………………………….</w:t>
            </w:r>
          </w:p>
          <w:p w:rsidR="00D06E85" w:rsidRPr="00F146C8" w:rsidRDefault="00304842">
            <w:pPr>
              <w:keepNext/>
              <w:rPr>
                <w:lang w:val="fr-FR"/>
              </w:rPr>
            </w:pPr>
            <w:r w:rsidRPr="00F146C8">
              <w:rPr>
                <w:sz w:val="16"/>
                <w:lang w:val="fr-FR"/>
              </w:rPr>
              <w:t>☐</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trPr>
          <w:cantSplit/>
        </w:trPr>
        <w:tc>
          <w:tcPr>
            <w:tcW w:w="9636" w:type="dxa"/>
            <w:gridSpan w:val="7"/>
          </w:tcPr>
          <w:p w:rsidR="00D06E85" w:rsidRPr="00F146C8" w:rsidRDefault="00D06E85">
            <w:pPr>
              <w:keepNext/>
              <w:pBdr>
                <w:bottom w:val="dotted" w:sz="6" w:space="0" w:color="999999"/>
              </w:pBdr>
              <w:spacing w:after="80"/>
              <w:rPr>
                <w:lang w:val="fr-FR"/>
              </w:rPr>
            </w:pPr>
          </w:p>
          <w:p w:rsidR="00D06E85" w:rsidRPr="00F146C8" w:rsidRDefault="00D06E85">
            <w:pPr>
              <w:keepNext/>
              <w:pBdr>
                <w:bottom w:val="dotted" w:sz="6" w:space="0" w:color="999999"/>
              </w:pBdr>
              <w:spacing w:after="80"/>
              <w:rPr>
                <w:lang w:val="fr-FR"/>
              </w:rPr>
            </w:pPr>
          </w:p>
        </w:tc>
      </w:tr>
      <w:tr w:rsidR="00D06E85">
        <w:trPr>
          <w:cantSplit/>
          <w:trHeight w:val="510"/>
        </w:trPr>
        <w:tc>
          <w:tcPr>
            <w:tcW w:w="3212" w:type="dxa"/>
          </w:tcPr>
          <w:p w:rsidR="00D06E85" w:rsidRPr="00F146C8" w:rsidRDefault="00304842">
            <w:pPr>
              <w:keepNext/>
              <w:rPr>
                <w:lang w:val="fr-FR"/>
              </w:rPr>
            </w:pPr>
            <w:proofErr w:type="spellStart"/>
            <w:r w:rsidRPr="00F146C8">
              <w:rPr>
                <w:b/>
                <w:color w:val="0D5F78"/>
                <w:lang w:val="fr-FR"/>
              </w:rPr>
              <w:t>în</w:t>
            </w:r>
            <w:proofErr w:type="spell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rsidR="00D06E85" w:rsidRPr="00F146C8" w:rsidRDefault="00D06E85">
            <w:pPr>
              <w:keepNext/>
              <w:rPr>
                <w:lang w:val="fr-FR"/>
              </w:rPr>
            </w:pPr>
          </w:p>
        </w:tc>
        <w:tc>
          <w:tcPr>
            <w:tcW w:w="2409" w:type="dxa"/>
            <w:gridSpan w:val="3"/>
          </w:tcPr>
          <w:p w:rsidR="00D06E85" w:rsidRDefault="00304842">
            <w:pPr>
              <w:keepNext/>
            </w:pPr>
            <w:r>
              <w:rPr>
                <w:b/>
                <w:color w:val="0D5F78"/>
              </w:rPr>
              <w:t>din data de</w:t>
            </w:r>
          </w:p>
          <w:p w:rsidR="00D06E85" w:rsidRDefault="00D06E85">
            <w:pPr>
              <w:keepNext/>
            </w:pPr>
          </w:p>
        </w:tc>
        <w:tc>
          <w:tcPr>
            <w:tcW w:w="4015" w:type="dxa"/>
            <w:gridSpan w:val="3"/>
          </w:tcPr>
          <w:p w:rsidR="00D06E85" w:rsidRDefault="00304842">
            <w:pPr>
              <w:keepNext/>
            </w:pPr>
            <w:r>
              <w:rPr>
                <w:b/>
                <w:color w:val="0D5F78"/>
              </w:rPr>
              <w:t>emis de</w:t>
            </w:r>
          </w:p>
          <w:p w:rsidR="00D06E85" w:rsidRDefault="00D06E85">
            <w:pPr>
              <w:keepNext/>
            </w:pPr>
          </w:p>
        </w:tc>
      </w:tr>
      <w:tr w:rsidR="00D06E85">
        <w:trPr>
          <w:cantSplit/>
        </w:trPr>
        <w:tc>
          <w:tcPr>
            <w:tcW w:w="9636" w:type="dxa"/>
            <w:gridSpan w:val="7"/>
            <w:shd w:val="clear" w:color="auto" w:fill="F4F4F4"/>
          </w:tcPr>
          <w:p w:rsidR="00D06E85" w:rsidRDefault="00304842">
            <w:pPr>
              <w:keepNext/>
            </w:pPr>
            <w:r>
              <w:rPr>
                <w:sz w:val="16"/>
              </w:rPr>
              <w:t xml:space="preserve"> având ca amplasament imobilul (teren și/sau construcții), situat în:</w:t>
            </w:r>
          </w:p>
        </w:tc>
      </w:tr>
      <w:tr w:rsidR="00D06E85">
        <w:trPr>
          <w:cantSplit/>
          <w:trHeight w:val="510"/>
        </w:trPr>
        <w:tc>
          <w:tcPr>
            <w:tcW w:w="3212" w:type="dxa"/>
          </w:tcPr>
          <w:p w:rsidR="00D06E85" w:rsidRDefault="00304842">
            <w:pPr>
              <w:keepNext/>
            </w:pPr>
            <w:r>
              <w:rPr>
                <w:b/>
                <w:color w:val="0D5F78"/>
              </w:rPr>
              <w:t>Județul</w:t>
            </w:r>
          </w:p>
          <w:p w:rsidR="00D06E85" w:rsidRDefault="00D06E85">
            <w:pPr>
              <w:keepNext/>
            </w:pPr>
          </w:p>
        </w:tc>
        <w:tc>
          <w:tcPr>
            <w:tcW w:w="3212" w:type="dxa"/>
            <w:gridSpan w:val="4"/>
          </w:tcPr>
          <w:p w:rsidR="00D06E85" w:rsidRDefault="00304842">
            <w:pPr>
              <w:keepNext/>
            </w:pPr>
            <w:r>
              <w:rPr>
                <w:b/>
                <w:color w:val="0D5F78"/>
              </w:rPr>
              <w:t>Municipiul / orașul / comuna</w:t>
            </w:r>
          </w:p>
          <w:p w:rsidR="00D06E85" w:rsidRDefault="00D06E85">
            <w:pPr>
              <w:keepNext/>
            </w:pPr>
          </w:p>
        </w:tc>
        <w:tc>
          <w:tcPr>
            <w:tcW w:w="3212" w:type="dxa"/>
            <w:gridSpan w:val="2"/>
          </w:tcPr>
          <w:p w:rsidR="00D06E85" w:rsidRDefault="00304842">
            <w:pPr>
              <w:keepNext/>
            </w:pPr>
            <w:r>
              <w:rPr>
                <w:b/>
                <w:color w:val="0D5F78"/>
              </w:rPr>
              <w:t>Satul / sectorul</w:t>
            </w:r>
          </w:p>
          <w:p w:rsidR="00D06E85" w:rsidRDefault="00D06E85">
            <w:pPr>
              <w:keepNext/>
            </w:pPr>
          </w:p>
        </w:tc>
      </w:tr>
      <w:tr w:rsidR="00D06E85">
        <w:trPr>
          <w:cantSplit/>
          <w:trHeight w:val="510"/>
        </w:trPr>
        <w:tc>
          <w:tcPr>
            <w:tcW w:w="3212" w:type="dxa"/>
          </w:tcPr>
          <w:p w:rsidR="00D06E85" w:rsidRDefault="00304842">
            <w:pPr>
              <w:keepNext/>
            </w:pPr>
            <w:r>
              <w:rPr>
                <w:b/>
                <w:color w:val="0D5F78"/>
              </w:rPr>
              <w:t>Strada</w:t>
            </w:r>
          </w:p>
          <w:p w:rsidR="00D06E85" w:rsidRDefault="00D06E85">
            <w:pPr>
              <w:keepNext/>
            </w:pPr>
          </w:p>
        </w:tc>
        <w:tc>
          <w:tcPr>
            <w:tcW w:w="803" w:type="dxa"/>
          </w:tcPr>
          <w:p w:rsidR="00D06E85" w:rsidRDefault="00304842">
            <w:pPr>
              <w:keepNext/>
            </w:pPr>
            <w:r>
              <w:rPr>
                <w:b/>
                <w:color w:val="0D5F78"/>
              </w:rPr>
              <w:t>Nr.</w:t>
            </w:r>
          </w:p>
          <w:p w:rsidR="00D06E85" w:rsidRDefault="00D06E85">
            <w:pPr>
              <w:keepNext/>
            </w:pPr>
          </w:p>
        </w:tc>
        <w:tc>
          <w:tcPr>
            <w:tcW w:w="803" w:type="dxa"/>
          </w:tcPr>
          <w:p w:rsidR="00D06E85" w:rsidRDefault="00304842">
            <w:pPr>
              <w:keepNext/>
            </w:pPr>
            <w:r>
              <w:rPr>
                <w:b/>
                <w:color w:val="0D5F78"/>
              </w:rPr>
              <w:t>Sc.</w:t>
            </w:r>
          </w:p>
          <w:p w:rsidR="00D06E85" w:rsidRDefault="00D06E85">
            <w:pPr>
              <w:keepNext/>
            </w:pPr>
          </w:p>
        </w:tc>
        <w:tc>
          <w:tcPr>
            <w:tcW w:w="803" w:type="dxa"/>
          </w:tcPr>
          <w:p w:rsidR="00D06E85" w:rsidRDefault="00304842">
            <w:pPr>
              <w:keepNext/>
            </w:pPr>
            <w:r>
              <w:rPr>
                <w:b/>
                <w:color w:val="0D5F78"/>
              </w:rPr>
              <w:t>Et.</w:t>
            </w:r>
          </w:p>
          <w:p w:rsidR="00D06E85" w:rsidRDefault="00D06E85">
            <w:pPr>
              <w:keepNext/>
            </w:pPr>
          </w:p>
        </w:tc>
        <w:tc>
          <w:tcPr>
            <w:tcW w:w="803" w:type="dxa"/>
          </w:tcPr>
          <w:p w:rsidR="00D06E85" w:rsidRDefault="00304842">
            <w:pPr>
              <w:keepNext/>
            </w:pPr>
            <w:r>
              <w:rPr>
                <w:b/>
                <w:color w:val="0D5F78"/>
              </w:rPr>
              <w:t>Ap.</w:t>
            </w:r>
          </w:p>
          <w:p w:rsidR="00D06E85" w:rsidRDefault="00D06E85">
            <w:pPr>
              <w:keepNext/>
            </w:pPr>
          </w:p>
        </w:tc>
        <w:tc>
          <w:tcPr>
            <w:tcW w:w="1606" w:type="dxa"/>
          </w:tcPr>
          <w:p w:rsidR="00D06E85" w:rsidRDefault="00304842">
            <w:pPr>
              <w:keepNext/>
            </w:pPr>
            <w:r>
              <w:rPr>
                <w:b/>
                <w:color w:val="0D5F78"/>
              </w:rPr>
              <w:t>Cod poștal</w:t>
            </w:r>
          </w:p>
          <w:p w:rsidR="00D06E85" w:rsidRDefault="00D06E85">
            <w:pPr>
              <w:keepNext/>
            </w:pPr>
          </w:p>
        </w:tc>
        <w:tc>
          <w:tcPr>
            <w:tcW w:w="1606" w:type="dxa"/>
          </w:tcPr>
          <w:p w:rsidR="00D06E85" w:rsidRDefault="00304842">
            <w:pPr>
              <w:keepNext/>
            </w:pPr>
            <w:r>
              <w:rPr>
                <w:b/>
                <w:color w:val="0D5F78"/>
              </w:rPr>
              <w:t>Țara</w:t>
            </w:r>
          </w:p>
          <w:p w:rsidR="00D06E85" w:rsidRDefault="00D06E85">
            <w:pPr>
              <w:keepNext/>
            </w:pPr>
          </w:p>
        </w:tc>
      </w:tr>
      <w:tr w:rsidR="00D06E85">
        <w:trPr>
          <w:cantSplit/>
          <w:trHeight w:val="510"/>
        </w:trPr>
        <w:tc>
          <w:tcPr>
            <w:tcW w:w="4818" w:type="dxa"/>
            <w:gridSpan w:val="3"/>
          </w:tcPr>
          <w:p w:rsidR="00D06E85" w:rsidRDefault="00304842">
            <w:r>
              <w:rPr>
                <w:b/>
                <w:color w:val="0D5F78"/>
              </w:rPr>
              <w:t>Cartea funciară nr.</w:t>
            </w:r>
          </w:p>
          <w:p w:rsidR="00D06E85" w:rsidRDefault="00D06E85"/>
        </w:tc>
        <w:tc>
          <w:tcPr>
            <w:tcW w:w="4818" w:type="dxa"/>
            <w:gridSpan w:val="4"/>
          </w:tcPr>
          <w:p w:rsidR="00D06E85" w:rsidRDefault="00304842">
            <w:r>
              <w:rPr>
                <w:b/>
                <w:color w:val="0D5F78"/>
              </w:rPr>
              <w:t>Nr. cadastral</w:t>
            </w:r>
          </w:p>
          <w:p w:rsidR="00D06E85" w:rsidRDefault="00D06E85"/>
        </w:tc>
      </w:tr>
    </w:tbl>
    <w:p w:rsidR="00D06E85" w:rsidRDefault="00D06E85">
      <w:pPr>
        <w:spacing w:line="168" w:lineRule="auto"/>
      </w:pPr>
    </w:p>
    <w:p w:rsidR="00D06E85" w:rsidRDefault="00D06E85"/>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trPr>
          <w:cantSplit/>
        </w:trPr>
        <w:tc>
          <w:tcPr>
            <w:tcW w:w="9636" w:type="dxa"/>
            <w:shd w:val="clear" w:color="auto" w:fill="F4F4F4"/>
          </w:tcPr>
          <w:p w:rsidR="00D06E85" w:rsidRDefault="00304842">
            <w:pPr>
              <w:keepNext/>
            </w:pPr>
            <w:r>
              <w:rPr>
                <w:b/>
                <w:sz w:val="16"/>
              </w:rPr>
              <w:t xml:space="preserve"> 3. </w:t>
            </w:r>
            <w:r>
              <w:rPr>
                <w:b/>
                <w:color w:val="000000"/>
                <w:sz w:val="18"/>
              </w:rPr>
              <w:t>DECLAR</w:t>
            </w:r>
            <w:r w:rsidR="00F146C8">
              <w:rPr>
                <w:b/>
                <w:color w:val="000000"/>
                <w:sz w:val="18"/>
              </w:rPr>
              <w:t xml:space="preserve"> PE PROPRIE RĂSPUNDERE</w:t>
            </w:r>
          </w:p>
        </w:tc>
      </w:tr>
      <w:tr w:rsidR="00D06E85">
        <w:trPr>
          <w:cantSplit/>
        </w:trPr>
        <w:tc>
          <w:tcPr>
            <w:tcW w:w="9636" w:type="dxa"/>
          </w:tcPr>
          <w:p w:rsidR="00D06E85" w:rsidRDefault="00304842">
            <w:pPr>
              <w:keepNext/>
              <w:spacing w:line="228" w:lineRule="auto"/>
            </w:pPr>
            <w:r>
              <w:rPr>
                <w:i/>
                <w:sz w:val="17"/>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B23FEC">
        <w:trPr>
          <w:cantSplit/>
        </w:trPr>
        <w:tc>
          <w:tcPr>
            <w:tcW w:w="9636" w:type="dxa"/>
          </w:tcPr>
          <w:p w:rsidR="00D06E85" w:rsidRPr="00F146C8" w:rsidRDefault="00304842">
            <w:pPr>
              <w:keepNext/>
              <w:rPr>
                <w:lang w:val="fr-FR"/>
              </w:rPr>
            </w:pPr>
            <w:r w:rsidRPr="00F146C8">
              <w:rPr>
                <w:sz w:val="16"/>
                <w:lang w:val="fr-FR"/>
              </w:rPr>
              <w:t>☐</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trPr>
          <w:cantSplit/>
        </w:trPr>
        <w:tc>
          <w:tcPr>
            <w:tcW w:w="9636" w:type="dxa"/>
          </w:tcPr>
          <w:p w:rsidR="00D06E85" w:rsidRPr="00F146C8" w:rsidRDefault="00304842">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trPr>
          <w:cantSplit/>
        </w:trPr>
        <w:tc>
          <w:tcPr>
            <w:tcW w:w="9636" w:type="dxa"/>
          </w:tcPr>
          <w:p w:rsidR="00D06E85" w:rsidRDefault="00304842">
            <w:pPr>
              <w:keepNext/>
            </w:pPr>
            <w:r>
              <w:rPr>
                <w:sz w:val="16"/>
              </w:rPr>
              <w:t>☐</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trPr>
          <w:cantSplit/>
        </w:trPr>
        <w:tc>
          <w:tcPr>
            <w:tcW w:w="9636" w:type="dxa"/>
            <w:shd w:val="clear" w:color="auto" w:fill="F4F4F4"/>
          </w:tcPr>
          <w:p w:rsidR="00D06E85" w:rsidRPr="00F146C8" w:rsidRDefault="00304842">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r w:rsidRPr="00F146C8">
              <w:rPr>
                <w:lang w:val="fr-FR"/>
              </w:rPr>
              <w:t>pentru</w:t>
            </w:r>
            <w:proofErr w:type="spellEnd"/>
            <w:r w:rsidRPr="00F146C8">
              <w:rPr>
                <w:lang w:val="fr-FR"/>
              </w:rPr>
              <w:t>:</w:t>
            </w:r>
          </w:p>
        </w:tc>
      </w:tr>
    </w:tbl>
    <w:p w:rsidR="00D06E85" w:rsidRPr="00F146C8" w:rsidRDefault="00D06E85">
      <w:pPr>
        <w:spacing w:line="168" w:lineRule="auto"/>
        <w:rPr>
          <w:lang w:val="fr-FR"/>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trPr>
          <w:cantSplit/>
        </w:trPr>
        <w:tc>
          <w:tcPr>
            <w:tcW w:w="9636" w:type="dxa"/>
            <w:gridSpan w:val="6"/>
            <w:shd w:val="clear" w:color="auto" w:fill="F4F4F4"/>
          </w:tcPr>
          <w:p w:rsidR="00D06E85" w:rsidRDefault="00304842">
            <w:pPr>
              <w:keepNext/>
            </w:pPr>
            <w:r>
              <w:rPr>
                <w:b/>
                <w:sz w:val="16"/>
              </w:rPr>
              <w:lastRenderedPageBreak/>
              <w:t xml:space="preserve">4. </w:t>
            </w:r>
            <w:r>
              <w:rPr>
                <w:b/>
                <w:color w:val="000000"/>
                <w:sz w:val="18"/>
              </w:rPr>
              <w:t>AVIZELE / ACORDURILE PENTRU CARE SE INVOCĂ APROBAREA TACITĂ</w:t>
            </w:r>
          </w:p>
        </w:tc>
      </w:tr>
      <w:tr w:rsidR="00D06E85">
        <w:trPr>
          <w:cantSplit/>
          <w:trHeight w:val="510"/>
        </w:trPr>
        <w:tc>
          <w:tcPr>
            <w:tcW w:w="803" w:type="dxa"/>
          </w:tcPr>
          <w:p w:rsidR="00D06E85" w:rsidRDefault="00304842">
            <w:pPr>
              <w:keepNext/>
            </w:pPr>
            <w:r>
              <w:rPr>
                <w:b/>
                <w:color w:val="0D5F78"/>
              </w:rPr>
              <w:t>Nr. crt.</w:t>
            </w:r>
          </w:p>
          <w:p w:rsidR="00D06E85" w:rsidRDefault="00D06E85">
            <w:pPr>
              <w:keepNext/>
            </w:pPr>
          </w:p>
        </w:tc>
        <w:tc>
          <w:tcPr>
            <w:tcW w:w="1606" w:type="dxa"/>
          </w:tcPr>
          <w:p w:rsidR="00D06E85" w:rsidRDefault="00304842">
            <w:pPr>
              <w:keepNext/>
            </w:pPr>
            <w:r>
              <w:rPr>
                <w:b/>
                <w:color w:val="0D5F78"/>
              </w:rPr>
              <w:t>Avizul / acordul solicitat</w:t>
            </w:r>
          </w:p>
          <w:p w:rsidR="00D06E85" w:rsidRDefault="00D06E85">
            <w:pPr>
              <w:keepNext/>
            </w:pPr>
          </w:p>
        </w:tc>
        <w:tc>
          <w:tcPr>
            <w:tcW w:w="2409" w:type="dxa"/>
          </w:tcPr>
          <w:p w:rsidR="00D06E85" w:rsidRPr="00F146C8" w:rsidRDefault="00304842">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rsidR="00D06E85" w:rsidRPr="00F146C8" w:rsidRDefault="00D06E85">
            <w:pPr>
              <w:keepNext/>
              <w:rPr>
                <w:lang w:val="fr-FR"/>
              </w:rPr>
            </w:pPr>
          </w:p>
        </w:tc>
        <w:tc>
          <w:tcPr>
            <w:tcW w:w="1606" w:type="dxa"/>
          </w:tcPr>
          <w:p w:rsidR="00D06E85" w:rsidRDefault="00304842">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rsidR="00D06E85" w:rsidRDefault="00D06E85">
            <w:pPr>
              <w:keepNext/>
            </w:pPr>
          </w:p>
        </w:tc>
        <w:tc>
          <w:tcPr>
            <w:tcW w:w="1606" w:type="dxa"/>
          </w:tcPr>
          <w:p w:rsidR="00D06E85" w:rsidRPr="00F146C8" w:rsidRDefault="00304842">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r w:rsidRPr="00F146C8">
              <w:rPr>
                <w:b/>
                <w:color w:val="0D5F78"/>
                <w:lang w:val="fr-FR"/>
              </w:rPr>
              <w:t>depunere</w:t>
            </w:r>
            <w:proofErr w:type="spell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rsidR="00D06E85" w:rsidRPr="00F146C8" w:rsidRDefault="00D06E85">
            <w:pPr>
              <w:keepNext/>
              <w:rPr>
                <w:lang w:val="fr-FR"/>
              </w:rPr>
            </w:pPr>
          </w:p>
        </w:tc>
        <w:tc>
          <w:tcPr>
            <w:tcW w:w="1606" w:type="dxa"/>
          </w:tcPr>
          <w:p w:rsidR="00D06E85" w:rsidRDefault="00304842">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rsidR="00D06E85" w:rsidRDefault="00D06E85">
            <w:pPr>
              <w:keepNext/>
            </w:pPr>
          </w:p>
        </w:tc>
      </w:tr>
      <w:tr w:rsidR="00D06E85">
        <w:trPr>
          <w:cantSplit/>
          <w:trHeight w:val="510"/>
        </w:trPr>
        <w:tc>
          <w:tcPr>
            <w:tcW w:w="803" w:type="dxa"/>
          </w:tcPr>
          <w:p w:rsidR="00D06E85" w:rsidRDefault="00D06E85">
            <w:pPr>
              <w:keepNext/>
            </w:pPr>
          </w:p>
          <w:p w:rsidR="00D06E85" w:rsidRDefault="00304842">
            <w:pPr>
              <w:keepNext/>
            </w:pPr>
            <w:r>
              <w:rPr>
                <w:sz w:val="18"/>
              </w:rPr>
              <w:t>1</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304842">
            <w:pPr>
              <w:keepNext/>
            </w:pPr>
            <w:r>
              <w:rPr>
                <w:sz w:val="18"/>
              </w:rPr>
              <w:t>2</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Pr>
              <w:keepNext/>
            </w:pPr>
          </w:p>
          <w:p w:rsidR="00D06E85" w:rsidRDefault="00304842">
            <w:pPr>
              <w:keepNext/>
            </w:pPr>
            <w:r>
              <w:rPr>
                <w:sz w:val="18"/>
              </w:rPr>
              <w:t>3</w:t>
            </w:r>
          </w:p>
        </w:tc>
        <w:tc>
          <w:tcPr>
            <w:tcW w:w="1606" w:type="dxa"/>
          </w:tcPr>
          <w:p w:rsidR="00D06E85" w:rsidRDefault="00D06E85">
            <w:pPr>
              <w:keepNext/>
            </w:pPr>
          </w:p>
        </w:tc>
        <w:tc>
          <w:tcPr>
            <w:tcW w:w="2409"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c>
          <w:tcPr>
            <w:tcW w:w="1606" w:type="dxa"/>
          </w:tcPr>
          <w:p w:rsidR="00D06E85" w:rsidRDefault="00D06E85">
            <w:pPr>
              <w:keepNext/>
            </w:pPr>
          </w:p>
        </w:tc>
      </w:tr>
      <w:tr w:rsidR="00D06E85">
        <w:trPr>
          <w:cantSplit/>
          <w:trHeight w:val="510"/>
        </w:trPr>
        <w:tc>
          <w:tcPr>
            <w:tcW w:w="803" w:type="dxa"/>
          </w:tcPr>
          <w:p w:rsidR="00D06E85" w:rsidRDefault="00D06E85"/>
          <w:p w:rsidR="00D06E85" w:rsidRDefault="00304842">
            <w:r>
              <w:rPr>
                <w:sz w:val="18"/>
              </w:rPr>
              <w:t>4</w:t>
            </w:r>
          </w:p>
        </w:tc>
        <w:tc>
          <w:tcPr>
            <w:tcW w:w="1606" w:type="dxa"/>
          </w:tcPr>
          <w:p w:rsidR="00D06E85" w:rsidRDefault="00D06E85"/>
        </w:tc>
        <w:tc>
          <w:tcPr>
            <w:tcW w:w="2409" w:type="dxa"/>
          </w:tcPr>
          <w:p w:rsidR="00D06E85" w:rsidRDefault="00D06E85"/>
        </w:tc>
        <w:tc>
          <w:tcPr>
            <w:tcW w:w="1606" w:type="dxa"/>
          </w:tcPr>
          <w:p w:rsidR="00D06E85" w:rsidRDefault="00D06E85"/>
        </w:tc>
        <w:tc>
          <w:tcPr>
            <w:tcW w:w="1606" w:type="dxa"/>
          </w:tcPr>
          <w:p w:rsidR="00D06E85" w:rsidRDefault="00D06E85"/>
        </w:tc>
        <w:tc>
          <w:tcPr>
            <w:tcW w:w="1606" w:type="dxa"/>
          </w:tcPr>
          <w:p w:rsidR="00D06E85" w:rsidRDefault="00D06E85"/>
        </w:tc>
      </w:tr>
    </w:tbl>
    <w:p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trPr>
          <w:cantSplit/>
        </w:trPr>
        <w:tc>
          <w:tcPr>
            <w:tcW w:w="9636" w:type="dxa"/>
            <w:shd w:val="clear" w:color="auto" w:fill="F4F4F4"/>
          </w:tcPr>
          <w:p w:rsidR="00D06E85" w:rsidRDefault="00304842">
            <w:pPr>
              <w:keepNext/>
            </w:pPr>
            <w:r>
              <w:rPr>
                <w:b/>
                <w:sz w:val="16"/>
              </w:rPr>
              <w:t xml:space="preserve"> 5. </w:t>
            </w:r>
            <w:r>
              <w:rPr>
                <w:b/>
                <w:color w:val="000000"/>
                <w:sz w:val="18"/>
              </w:rPr>
              <w:t>ASUMAREA RĂSPUNDERII ȘI CONSIMȚĂMÂNTUL</w:t>
            </w:r>
          </w:p>
        </w:tc>
      </w:tr>
      <w:tr w:rsidR="00D06E85">
        <w:trPr>
          <w:cantSplit/>
        </w:trPr>
        <w:tc>
          <w:tcPr>
            <w:tcW w:w="9636" w:type="dxa"/>
          </w:tcPr>
          <w:p w:rsidR="00D06E85" w:rsidRDefault="00304842">
            <w:pPr>
              <w:keepNext/>
              <w:spacing w:line="228" w:lineRule="auto"/>
            </w:pPr>
            <w:r>
              <w:rPr>
                <w:i/>
                <w:sz w:val="17"/>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trPr>
          <w:cantSplit/>
        </w:trPr>
        <w:tc>
          <w:tcPr>
            <w:tcW w:w="9636" w:type="dxa"/>
            <w:shd w:val="clear" w:color="auto" w:fill="F4F4F4"/>
          </w:tcPr>
          <w:p w:rsidR="00D06E85" w:rsidRDefault="00304842">
            <w:pPr>
              <w:keepNext/>
              <w:spacing w:line="228" w:lineRule="auto"/>
            </w:pPr>
            <w: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trPr>
          <w:cantSplit/>
        </w:trPr>
        <w:tc>
          <w:tcPr>
            <w:tcW w:w="9636" w:type="dxa"/>
          </w:tcPr>
          <w:p w:rsidR="00D06E85" w:rsidRDefault="00304842">
            <w:pPr>
              <w:spacing w:line="228" w:lineRule="auto"/>
            </w:pPr>
            <w:r>
              <w:rPr>
                <w:i/>
                <w:sz w:val="17"/>
              </w:rPr>
              <w:t xml:space="preserve">Am înțeles această declarație de consimțământ și sunt de acord cu prelucrarea datelor mele cu caracter </w:t>
            </w:r>
            <w:proofErr w:type="gramStart"/>
            <w:r>
              <w:rPr>
                <w:i/>
                <w:sz w:val="17"/>
              </w:rPr>
              <w:t>personal.</w:t>
            </w:r>
            <w:proofErr w:type="gramEnd"/>
          </w:p>
        </w:tc>
      </w:tr>
    </w:tbl>
    <w:p w:rsidR="00D06E85" w:rsidRDefault="00D06E85">
      <w:pPr>
        <w:spacing w:line="168" w:lineRule="auto"/>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trPr>
          <w:cantSplit/>
        </w:trPr>
        <w:tc>
          <w:tcPr>
            <w:tcW w:w="9636" w:type="dxa"/>
            <w:gridSpan w:val="3"/>
            <w:shd w:val="clear" w:color="auto" w:fill="F4F4F4"/>
          </w:tcPr>
          <w:p w:rsidR="00D06E85" w:rsidRDefault="00304842">
            <w:pPr>
              <w:keepNext/>
            </w:pPr>
            <w:r>
              <w:rPr>
                <w:b/>
                <w:sz w:val="16"/>
              </w:rPr>
              <w:t xml:space="preserve"> 6. </w:t>
            </w:r>
            <w:r>
              <w:rPr>
                <w:b/>
                <w:color w:val="000000"/>
                <w:sz w:val="18"/>
              </w:rPr>
              <w:t>DATA ȘI SEMNĂTURA</w:t>
            </w:r>
          </w:p>
        </w:tc>
      </w:tr>
      <w:tr w:rsidR="00D06E85">
        <w:trPr>
          <w:cantSplit/>
          <w:trHeight w:val="510"/>
        </w:trPr>
        <w:tc>
          <w:tcPr>
            <w:tcW w:w="1606" w:type="dxa"/>
          </w:tcPr>
          <w:p w:rsidR="00D06E85" w:rsidRDefault="00304842">
            <w:r>
              <w:rPr>
                <w:b/>
                <w:color w:val="0D5F78"/>
              </w:rPr>
              <w:t>Data</w:t>
            </w:r>
          </w:p>
          <w:p w:rsidR="00D06E85" w:rsidRDefault="00D06E85"/>
        </w:tc>
        <w:tc>
          <w:tcPr>
            <w:tcW w:w="4818" w:type="dxa"/>
          </w:tcPr>
          <w:p w:rsidR="00D06E85" w:rsidRDefault="00304842">
            <w:r>
              <w:rPr>
                <w:b/>
                <w:color w:val="0D5F78"/>
              </w:rPr>
              <w:t>Beneficiarul / reprezentantul</w:t>
            </w:r>
          </w:p>
          <w:p w:rsidR="00D06E85" w:rsidRDefault="00D06E85"/>
        </w:tc>
        <w:tc>
          <w:tcPr>
            <w:tcW w:w="3212" w:type="dxa"/>
          </w:tcPr>
          <w:p w:rsidR="00D06E85" w:rsidRDefault="00304842">
            <w:r>
              <w:rPr>
                <w:b/>
                <w:color w:val="0D5F78"/>
              </w:rPr>
              <w:t>Semnătura</w:t>
            </w:r>
          </w:p>
          <w:p w:rsidR="00D06E85" w:rsidRDefault="00D06E85"/>
        </w:tc>
      </w:tr>
    </w:tbl>
    <w:p w:rsidR="00D06E85" w:rsidRDefault="00D06E85">
      <w:pPr>
        <w:spacing w:line="168" w:lineRule="auto"/>
      </w:pPr>
    </w:p>
    <w:sectPr w:rsidR="00D06E85" w:rsidSect="00034616">
      <w:footerReference w:type="default" r:id="rId11"/>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4DBA" w:rsidRDefault="00424DBA">
      <w:r>
        <w:separator/>
      </w:r>
    </w:p>
  </w:endnote>
  <w:endnote w:type="continuationSeparator" w:id="0">
    <w:p w:rsidR="00424DBA" w:rsidRDefault="00424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E85" w:rsidRDefault="00304842">
    <w:pPr>
      <w:pStyle w:val="Subsol"/>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t>pagina</w:t>
    </w:r>
    <w:r w:rsidR="00D33C8D">
      <w:rPr>
        <w:color w:val="595959"/>
      </w:rPr>
      <w:fldChar w:fldCharType="begin"/>
    </w:r>
    <w:r>
      <w:rPr>
        <w:color w:val="595959"/>
      </w:rPr>
      <w:instrText xml:space="preserve"> PAGE </w:instrText>
    </w:r>
    <w:r w:rsidR="00D33C8D">
      <w:rPr>
        <w:color w:val="595959"/>
      </w:rPr>
      <w:fldChar w:fldCharType="separate"/>
    </w:r>
    <w:r w:rsidR="00327EA6">
      <w:rPr>
        <w:noProof/>
        <w:color w:val="595959"/>
      </w:rPr>
      <w:t>2</w:t>
    </w:r>
    <w:r w:rsidR="00D33C8D">
      <w:rPr>
        <w:color w:val="595959"/>
      </w:rPr>
      <w:fldChar w:fldCharType="end"/>
    </w:r>
    <w:r>
      <w:rPr>
        <w:color w:val="595959"/>
      </w:rPr>
      <w:t xml:space="preserve"> din </w:t>
    </w:r>
    <w:r w:rsidR="00D33C8D">
      <w:rPr>
        <w:color w:val="595959"/>
      </w:rPr>
      <w:fldChar w:fldCharType="begin"/>
    </w:r>
    <w:r>
      <w:rPr>
        <w:color w:val="595959"/>
      </w:rPr>
      <w:instrText xml:space="preserve"> NUMPAGES </w:instrText>
    </w:r>
    <w:r w:rsidR="00D33C8D">
      <w:rPr>
        <w:color w:val="595959"/>
      </w:rPr>
      <w:fldChar w:fldCharType="separate"/>
    </w:r>
    <w:r w:rsidR="00327EA6">
      <w:rPr>
        <w:noProof/>
        <w:color w:val="595959"/>
      </w:rPr>
      <w:t>2</w:t>
    </w:r>
    <w:r w:rsidR="00D33C8D">
      <w:rPr>
        <w:color w:val="595959"/>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4DBA" w:rsidRDefault="00424DBA">
      <w:r>
        <w:separator/>
      </w:r>
    </w:p>
  </w:footnote>
  <w:footnote w:type="continuationSeparator" w:id="0">
    <w:p w:rsidR="00424DBA" w:rsidRDefault="00424DB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B47730"/>
    <w:rsid w:val="00034616"/>
    <w:rsid w:val="0006063C"/>
    <w:rsid w:val="0015074B"/>
    <w:rsid w:val="001C5A3F"/>
    <w:rsid w:val="0029639D"/>
    <w:rsid w:val="00304842"/>
    <w:rsid w:val="00326F90"/>
    <w:rsid w:val="00327EA6"/>
    <w:rsid w:val="00424DBA"/>
    <w:rsid w:val="0052300B"/>
    <w:rsid w:val="006C103E"/>
    <w:rsid w:val="009372BC"/>
    <w:rsid w:val="00AA1D8D"/>
    <w:rsid w:val="00B23FEC"/>
    <w:rsid w:val="00B47730"/>
    <w:rsid w:val="00CB0664"/>
    <w:rsid w:val="00CB65B2"/>
    <w:rsid w:val="00D06E85"/>
    <w:rsid w:val="00D33C8D"/>
    <w:rsid w:val="00E1163A"/>
    <w:rsid w:val="00E61A6B"/>
    <w:rsid w:val="00F146C8"/>
    <w:rsid w:val="00FC6932"/>
    <w:rsid w:val="00FC693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7CD9B97-5A01-4616-BEE7-9C8670FD6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extnBalon">
    <w:name w:val="Balloon Text"/>
    <w:basedOn w:val="Normal"/>
    <w:link w:val="TextnBalonCaracter"/>
    <w:uiPriority w:val="99"/>
    <w:semiHidden/>
    <w:unhideWhenUsed/>
    <w:rsid w:val="0030484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304842"/>
    <w:rPr>
      <w:rFonts w:ascii="Tahoma" w:hAnsi="Tahoma" w:cs="Tahoma"/>
      <w:sz w:val="16"/>
      <w:szCs w:val="16"/>
    </w:rPr>
  </w:style>
  <w:style w:type="character" w:styleId="Hyperlink">
    <w:name w:val="Hyperlink"/>
    <w:rsid w:val="0052300B"/>
    <w:rPr>
      <w:b/>
      <w:bCs/>
      <w:strike w:val="0"/>
      <w:dstrike w:val="0"/>
      <w:color w:val="FF66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manoleasa.ro" TargetMode="External"/><Relationship Id="rId4" Type="http://schemas.openxmlformats.org/officeDocument/2006/relationships/settings" Target="settings.xml"/><Relationship Id="rId9" Type="http://schemas.openxmlformats.org/officeDocument/2006/relationships/hyperlink" Target="mailto:primaria_manoleas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CC56DD-51B4-44AE-8902-5275818AF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736</Words>
  <Characters>4272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agricol</dc:creator>
  <cp:lastModifiedBy>Laptop</cp:lastModifiedBy>
  <cp:revision>15</cp:revision>
  <dcterms:created xsi:type="dcterms:W3CDTF">2026-10-15T12:44:00Z</dcterms:created>
  <dcterms:modified xsi:type="dcterms:W3CDTF">2026-10-27T08:32:00Z</dcterms:modified>
</cp:coreProperties>
</file>