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2338"/>
        <w:gridCol w:w="3116"/>
      </w:tblGrid>
      <w:tr w:rsidR="002C3B81" w:rsidTr="002C3B81">
        <w:trPr>
          <w:trHeight w:val="495"/>
        </w:trPr>
        <w:tc>
          <w:tcPr>
            <w:tcW w:w="1559" w:type="dxa"/>
            <w:vMerge w:val="restart"/>
          </w:tcPr>
          <w:p w:rsidR="002C3B81" w:rsidRDefault="002C3B81" w:rsidP="005B7C0F">
            <w:pPr>
              <w:pStyle w:val="TableParagraph"/>
              <w:spacing w:before="0"/>
              <w:ind w:left="0"/>
              <w:rPr>
                <w:i/>
                <w:sz w:val="14"/>
                <w:lang w:eastAsia="en-US"/>
              </w:rPr>
            </w:pPr>
            <w:bookmarkStart w:id="0" w:name="_GoBack"/>
            <w:bookmarkEnd w:id="0"/>
          </w:p>
          <w:p w:rsidR="002C3B81" w:rsidRDefault="002C3B81" w:rsidP="005B7C0F">
            <w:pPr>
              <w:pStyle w:val="TableParagraph"/>
              <w:spacing w:before="0"/>
              <w:ind w:left="0"/>
              <w:rPr>
                <w:i/>
                <w:sz w:val="14"/>
                <w:lang w:eastAsia="en-US"/>
              </w:rPr>
            </w:pPr>
          </w:p>
          <w:p w:rsidR="002C3B81" w:rsidRDefault="002C3B81" w:rsidP="005B7C0F">
            <w:pPr>
              <w:pStyle w:val="TableParagraph"/>
              <w:spacing w:before="0"/>
              <w:ind w:left="0"/>
              <w:rPr>
                <w:i/>
                <w:sz w:val="14"/>
                <w:lang w:eastAsia="en-US"/>
              </w:rPr>
            </w:pPr>
            <w:r>
              <w:rPr>
                <w:i/>
                <w:noProof/>
                <w:sz w:val="14"/>
              </w:rPr>
              <w:drawing>
                <wp:inline distT="0" distB="0" distL="0" distR="0">
                  <wp:extent cx="983615" cy="957580"/>
                  <wp:effectExtent l="0" t="0" r="6985" b="0"/>
                  <wp:docPr id="2" name="Picture 2" descr="isc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sc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1" w:type="dxa"/>
            <w:gridSpan w:val="3"/>
            <w:shd w:val="clear" w:color="auto" w:fill="EFEFEF"/>
          </w:tcPr>
          <w:p w:rsidR="002C3B81" w:rsidRDefault="002C3B81" w:rsidP="005B7C0F">
            <w:pPr>
              <w:pStyle w:val="TableParagraph"/>
              <w:spacing w:before="6"/>
              <w:ind w:left="103"/>
              <w:rPr>
                <w:b/>
                <w:sz w:val="14"/>
                <w:lang w:eastAsia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eastAsia="en-US"/>
              </w:rPr>
              <w:t>Județul</w:t>
            </w:r>
            <w:r w:rsidR="003B7CE8">
              <w:rPr>
                <w:b/>
                <w:color w:val="0D5F78"/>
                <w:spacing w:val="-2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eastAsia="en-US"/>
              </w:rPr>
              <w:t xml:space="preserve"> Botoșani</w:t>
            </w:r>
          </w:p>
        </w:tc>
      </w:tr>
      <w:tr w:rsidR="002C3B81" w:rsidTr="002C3B81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:rsidR="002C3B81" w:rsidRDefault="002C3B81" w:rsidP="005B7C0F"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 w:rsidR="002C3B81" w:rsidRDefault="002C3B81" w:rsidP="005B7C0F">
            <w:pPr>
              <w:pStyle w:val="TableParagraph"/>
              <w:ind w:left="103"/>
              <w:rPr>
                <w:b/>
                <w:sz w:val="14"/>
                <w:lang w:eastAsia="en-US"/>
              </w:rPr>
            </w:pPr>
            <w:r>
              <w:rPr>
                <w:b/>
                <w:color w:val="0D5F78"/>
                <w:w w:val="105"/>
                <w:sz w:val="14"/>
                <w:lang w:eastAsia="en-US"/>
              </w:rPr>
              <w:t>Inspectoratul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de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Stat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în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Construcții–Inspectoratul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Teritorial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în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eastAsia="en-US"/>
              </w:rPr>
              <w:t>Construcții Botoșani</w:t>
            </w:r>
          </w:p>
        </w:tc>
      </w:tr>
      <w:tr w:rsidR="002C3B81" w:rsidTr="002C3B81">
        <w:trPr>
          <w:trHeight w:val="502"/>
        </w:trPr>
        <w:tc>
          <w:tcPr>
            <w:tcW w:w="1559" w:type="dxa"/>
            <w:vMerge/>
            <w:tcBorders>
              <w:top w:val="nil"/>
            </w:tcBorders>
          </w:tcPr>
          <w:p w:rsidR="002C3B81" w:rsidRDefault="002C3B81" w:rsidP="005B7C0F">
            <w:pPr>
              <w:rPr>
                <w:sz w:val="2"/>
                <w:szCs w:val="2"/>
              </w:rPr>
            </w:pPr>
          </w:p>
        </w:tc>
        <w:tc>
          <w:tcPr>
            <w:tcW w:w="2337" w:type="dxa"/>
            <w:shd w:val="clear" w:color="auto" w:fill="EFEFEF"/>
          </w:tcPr>
          <w:p w:rsidR="002C3B81" w:rsidRDefault="002C3B81" w:rsidP="005B7C0F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  <w:lang w:eastAsia="en-US"/>
              </w:rPr>
            </w:pPr>
            <w:r>
              <w:rPr>
                <w:b/>
                <w:color w:val="0D5F78"/>
                <w:w w:val="105"/>
                <w:sz w:val="14"/>
                <w:lang w:eastAsia="en-US"/>
              </w:rPr>
              <w:t>Cod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de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identificare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fiscală</w:t>
            </w:r>
          </w:p>
          <w:p w:rsidR="002C3B81" w:rsidRDefault="002C3B81" w:rsidP="005B7C0F">
            <w:pPr>
              <w:pStyle w:val="TableParagraph"/>
              <w:ind w:left="103"/>
              <w:rPr>
                <w:b/>
                <w:bCs/>
                <w:color w:val="0D5F78"/>
                <w:spacing w:val="-2"/>
                <w:w w:val="105"/>
                <w:sz w:val="14"/>
                <w:lang w:eastAsia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eastAsia="en-US"/>
              </w:rPr>
              <w:t xml:space="preserve">CIF </w:t>
            </w:r>
            <w:r>
              <w:rPr>
                <w:b/>
                <w:bCs/>
                <w:color w:val="0D5F78"/>
                <w:spacing w:val="-2"/>
                <w:w w:val="105"/>
                <w:sz w:val="14"/>
                <w:lang w:eastAsia="en-US"/>
              </w:rPr>
              <w:t>3372688</w:t>
            </w:r>
          </w:p>
          <w:p w:rsidR="002C3B81" w:rsidRDefault="002C3B81" w:rsidP="005B7C0F">
            <w:pPr>
              <w:pStyle w:val="TableParagraph"/>
              <w:ind w:left="103"/>
              <w:rPr>
                <w:b/>
                <w:sz w:val="14"/>
                <w:lang w:eastAsia="en-US"/>
              </w:rPr>
            </w:pPr>
          </w:p>
        </w:tc>
        <w:tc>
          <w:tcPr>
            <w:tcW w:w="5454" w:type="dxa"/>
            <w:gridSpan w:val="2"/>
            <w:shd w:val="clear" w:color="auto" w:fill="EFEFEF"/>
          </w:tcPr>
          <w:p w:rsidR="002C3B81" w:rsidRDefault="002C3B81" w:rsidP="005B7C0F">
            <w:pPr>
              <w:pStyle w:val="TableParagraph"/>
              <w:ind w:left="103"/>
              <w:rPr>
                <w:b/>
                <w:sz w:val="14"/>
                <w:lang w:eastAsia="en-US"/>
              </w:rPr>
            </w:pPr>
            <w:r>
              <w:rPr>
                <w:b/>
                <w:color w:val="0D5F78"/>
                <w:w w:val="105"/>
                <w:sz w:val="14"/>
                <w:lang w:eastAsia="en-US"/>
              </w:rPr>
              <w:t>Adresa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eastAsia="en-US"/>
              </w:rPr>
              <w:t>oficială</w:t>
            </w:r>
          </w:p>
          <w:p w:rsidR="002C3B81" w:rsidRDefault="002C3B81" w:rsidP="005B7C0F">
            <w:pPr>
              <w:pStyle w:val="TableParagraph"/>
              <w:spacing w:before="6"/>
              <w:ind w:left="103"/>
              <w:rPr>
                <w:b/>
                <w:bCs/>
                <w:i/>
                <w:color w:val="797979"/>
                <w:w w:val="105"/>
                <w:sz w:val="14"/>
                <w:lang w:eastAsia="en-US"/>
              </w:rPr>
            </w:pPr>
            <w:r>
              <w:rPr>
                <w:b/>
                <w:bCs/>
                <w:i/>
                <w:color w:val="797979"/>
                <w:w w:val="105"/>
                <w:sz w:val="14"/>
                <w:lang w:eastAsia="en-US"/>
              </w:rPr>
              <w:t>B-dul Mihai Eminescu, nr. 34A</w:t>
            </w:r>
            <w:r>
              <w:rPr>
                <w:b/>
                <w:bCs/>
                <w:i/>
                <w:color w:val="797979"/>
                <w:w w:val="105"/>
                <w:sz w:val="14"/>
                <w:lang w:eastAsia="en-US"/>
              </w:rPr>
              <w:br/>
              <w:t>Tel: 0231 511 863; Fax: 0231 515 113</w:t>
            </w:r>
          </w:p>
        </w:tc>
      </w:tr>
      <w:tr w:rsidR="002C3B81" w:rsidTr="002C3B81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:rsidR="002C3B81" w:rsidRDefault="002C3B81" w:rsidP="005B7C0F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gridSpan w:val="2"/>
            <w:shd w:val="clear" w:color="auto" w:fill="EFEFEF"/>
          </w:tcPr>
          <w:p w:rsidR="002C3B81" w:rsidRDefault="002C3B81" w:rsidP="005B7C0F">
            <w:pPr>
              <w:pStyle w:val="TableParagraph"/>
              <w:ind w:left="103"/>
              <w:rPr>
                <w:b/>
                <w:sz w:val="14"/>
                <w:lang w:eastAsia="en-US"/>
              </w:rPr>
            </w:pPr>
            <w:r>
              <w:rPr>
                <w:b/>
                <w:color w:val="0D5F78"/>
                <w:w w:val="105"/>
                <w:sz w:val="14"/>
                <w:lang w:eastAsia="en-US"/>
              </w:rPr>
              <w:t>Număr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eastAsia="en-US"/>
              </w:rPr>
              <w:t>de</w:t>
            </w:r>
            <w:r w:rsidR="00A45FAC">
              <w:rPr>
                <w:b/>
                <w:color w:val="0D5F78"/>
                <w:w w:val="105"/>
                <w:sz w:val="14"/>
                <w:lang w:eastAsia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eastAsia="en-US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2C3B81" w:rsidRDefault="002C3B81" w:rsidP="005B7C0F">
            <w:pPr>
              <w:pStyle w:val="TableParagraph"/>
              <w:ind w:left="102"/>
              <w:rPr>
                <w:b/>
                <w:sz w:val="14"/>
                <w:lang w:eastAsia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eastAsia="en-US"/>
              </w:rPr>
              <w:t>Data</w:t>
            </w:r>
          </w:p>
        </w:tc>
      </w:tr>
      <w:tr w:rsidR="002C3B81" w:rsidTr="002C3B81">
        <w:trPr>
          <w:trHeight w:val="166"/>
        </w:trPr>
        <w:tc>
          <w:tcPr>
            <w:tcW w:w="9350" w:type="dxa"/>
            <w:gridSpan w:val="4"/>
            <w:shd w:val="clear" w:color="auto" w:fill="EFEFEF"/>
          </w:tcPr>
          <w:p w:rsidR="002C3B81" w:rsidRDefault="00A45FAC" w:rsidP="005B7C0F">
            <w:pPr>
              <w:pStyle w:val="TableParagraph"/>
              <w:spacing w:line="142" w:lineRule="exact"/>
              <w:ind w:left="140"/>
              <w:rPr>
                <w:i/>
                <w:sz w:val="14"/>
                <w:lang w:eastAsia="en-US"/>
              </w:rPr>
            </w:pPr>
            <w:r>
              <w:rPr>
                <w:i/>
                <w:color w:val="585858"/>
                <w:w w:val="105"/>
                <w:sz w:val="14"/>
                <w:lang w:eastAsia="en-US"/>
              </w:rPr>
              <w:t>S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e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completează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de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autoritate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—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solicitantul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nu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scrie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în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w w:val="105"/>
                <w:sz w:val="14"/>
                <w:lang w:eastAsia="en-US"/>
              </w:rPr>
              <w:t>această</w:t>
            </w:r>
            <w:r>
              <w:rPr>
                <w:i/>
                <w:color w:val="585858"/>
                <w:w w:val="105"/>
                <w:sz w:val="14"/>
                <w:lang w:eastAsia="en-US"/>
              </w:rPr>
              <w:t xml:space="preserve"> </w:t>
            </w:r>
            <w:r w:rsidR="002C3B81">
              <w:rPr>
                <w:i/>
                <w:color w:val="585858"/>
                <w:spacing w:val="-4"/>
                <w:w w:val="105"/>
                <w:sz w:val="14"/>
                <w:lang w:eastAsia="en-US"/>
              </w:rPr>
              <w:t>zonă</w:t>
            </w:r>
          </w:p>
        </w:tc>
      </w:tr>
    </w:tbl>
    <w:p w:rsidR="0014338B" w:rsidRPr="00143D03" w:rsidRDefault="00861795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:rsidR="00071E24" w:rsidRDefault="00861795" w:rsidP="00071E24">
      <w:pPr>
        <w:spacing w:after="120"/>
        <w:jc w:val="center"/>
        <w:rPr>
          <w:sz w:val="19"/>
        </w:rPr>
      </w:pPr>
      <w:proofErr w:type="spellStart"/>
      <w:proofErr w:type="gramStart"/>
      <w:r>
        <w:rPr>
          <w:sz w:val="19"/>
        </w:rPr>
        <w:t>privind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:rsidR="00071E24" w:rsidRDefault="00071E24" w:rsidP="005C403B">
      <w:pPr>
        <w:spacing w:after="120"/>
        <w:jc w:val="center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>
        <w:trPr>
          <w:cantSplit/>
        </w:trPr>
        <w:tc>
          <w:tcPr>
            <w:tcW w:w="9636" w:type="dxa"/>
            <w:shd w:val="clear" w:color="auto" w:fill="F4F4F4"/>
          </w:tcPr>
          <w:p w:rsidR="0014338B" w:rsidRDefault="0086179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>
        <w:trPr>
          <w:cantSplit/>
          <w:trHeight w:val="510"/>
        </w:trPr>
        <w:tc>
          <w:tcPr>
            <w:tcW w:w="9636" w:type="dxa"/>
          </w:tcPr>
          <w:p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>
        <w:trPr>
          <w:cantSplit/>
        </w:trPr>
        <w:tc>
          <w:tcPr>
            <w:tcW w:w="9636" w:type="dxa"/>
            <w:shd w:val="clear" w:color="auto" w:fill="F4F4F4"/>
          </w:tcPr>
          <w:p w:rsidR="0014338B" w:rsidRPr="00895605" w:rsidRDefault="00861795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Construcții</w:t>
            </w:r>
            <w:proofErr w:type="spellEnd"/>
          </w:p>
        </w:tc>
      </w:tr>
    </w:tbl>
    <w:p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861795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>
        <w:trPr>
          <w:cantSplit/>
          <w:trHeight w:val="510"/>
        </w:trPr>
        <w:tc>
          <w:tcPr>
            <w:tcW w:w="5621" w:type="dxa"/>
            <w:gridSpan w:val="5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861795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861795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14338B" w:rsidRDefault="0014338B">
            <w:pPr>
              <w:keepNext/>
            </w:pPr>
          </w:p>
        </w:tc>
      </w:tr>
      <w:tr w:rsidR="0014338B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86179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>
        <w:trPr>
          <w:cantSplit/>
          <w:trHeight w:val="510"/>
        </w:trPr>
        <w:tc>
          <w:tcPr>
            <w:tcW w:w="4015" w:type="dxa"/>
            <w:gridSpan w:val="3"/>
          </w:tcPr>
          <w:p w:rsidR="0014338B" w:rsidRDefault="00861795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14338B" w:rsidRDefault="0014338B"/>
        </w:tc>
        <w:tc>
          <w:tcPr>
            <w:tcW w:w="5621" w:type="dxa"/>
            <w:gridSpan w:val="5"/>
          </w:tcPr>
          <w:p w:rsidR="0014338B" w:rsidRDefault="00861795">
            <w:r>
              <w:rPr>
                <w:b/>
                <w:color w:val="0D5F78"/>
              </w:rPr>
              <w:t>E-mail</w:t>
            </w:r>
          </w:p>
          <w:p w:rsidR="0014338B" w:rsidRDefault="0014338B"/>
        </w:tc>
      </w:tr>
    </w:tbl>
    <w:p w:rsidR="0014338B" w:rsidRDefault="0014338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Pr="00895605" w:rsidRDefault="00861795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2409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14338B" w:rsidRDefault="0014338B">
            <w:pPr>
              <w:keepNext/>
            </w:pPr>
          </w:p>
        </w:tc>
        <w:tc>
          <w:tcPr>
            <w:tcW w:w="5621" w:type="dxa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Default="00861795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143D03">
        <w:trPr>
          <w:cantSplit/>
          <w:trHeight w:val="510"/>
        </w:trPr>
        <w:tc>
          <w:tcPr>
            <w:tcW w:w="9636" w:type="dxa"/>
            <w:gridSpan w:val="3"/>
          </w:tcPr>
          <w:p w:rsidR="00C25235" w:rsidRPr="00143D03" w:rsidRDefault="00861795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și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autorizație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</w:p>
          <w:p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>
        <w:trPr>
          <w:cantSplit/>
          <w:trHeight w:val="510"/>
        </w:trPr>
        <w:tc>
          <w:tcPr>
            <w:tcW w:w="9636" w:type="dxa"/>
            <w:gridSpan w:val="3"/>
          </w:tcPr>
          <w:p w:rsidR="00C25235" w:rsidRPr="00143D03" w:rsidRDefault="00861795" w:rsidP="00C25235">
            <w:pPr>
              <w:rPr>
                <w:lang w:val="fr-FR"/>
              </w:rPr>
            </w:pPr>
            <w:proofErr w:type="spell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:rsidR="0014338B" w:rsidRPr="00143D03" w:rsidRDefault="00861795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:rsidR="0014338B" w:rsidRDefault="0014338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>
        <w:trPr>
          <w:cantSplit/>
          <w:trHeight w:val="510"/>
        </w:trPr>
        <w:tc>
          <w:tcPr>
            <w:tcW w:w="2409" w:type="dxa"/>
          </w:tcPr>
          <w:p w:rsidR="0014338B" w:rsidRDefault="00861795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:rsidR="0014338B" w:rsidRDefault="0014338B"/>
        </w:tc>
        <w:tc>
          <w:tcPr>
            <w:tcW w:w="1606" w:type="dxa"/>
          </w:tcPr>
          <w:p w:rsidR="0014338B" w:rsidRDefault="00861795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:rsidR="0014338B" w:rsidRDefault="0014338B"/>
        </w:tc>
        <w:tc>
          <w:tcPr>
            <w:tcW w:w="5621" w:type="dxa"/>
          </w:tcPr>
          <w:p w:rsidR="0014338B" w:rsidRPr="00895605" w:rsidRDefault="00861795">
            <w:pPr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fost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:rsidR="0014338B" w:rsidRDefault="00861795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:rsidR="0014338B" w:rsidRDefault="0014338B"/>
        </w:tc>
      </w:tr>
    </w:tbl>
    <w:p w:rsidR="0014338B" w:rsidRDefault="0014338B">
      <w:pPr>
        <w:spacing w:line="168" w:lineRule="auto"/>
      </w:pPr>
    </w:p>
    <w:tbl>
      <w:tblPr>
        <w:tblStyle w:val="Tabelgri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4338B" w:rsidRDefault="00861795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:rsidTr="00365E65">
        <w:trPr>
          <w:cantSplit/>
        </w:trPr>
        <w:tc>
          <w:tcPr>
            <w:tcW w:w="9636" w:type="dxa"/>
            <w:gridSpan w:val="6"/>
          </w:tcPr>
          <w:p w:rsidR="0014338B" w:rsidRDefault="00861795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:rsidTr="00365E65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  <w:trHeight w:val="510"/>
        </w:trPr>
        <w:tc>
          <w:tcPr>
            <w:tcW w:w="1606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:rsidR="0014338B" w:rsidRDefault="00861795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2409" w:type="dxa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  <w:trHeight w:val="510"/>
        </w:trPr>
        <w:tc>
          <w:tcPr>
            <w:tcW w:w="5621" w:type="dxa"/>
            <w:gridSpan w:val="3"/>
          </w:tcPr>
          <w:p w:rsidR="0014338B" w:rsidRPr="00895605" w:rsidRDefault="00861795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Număr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cadastral</w:t>
            </w:r>
          </w:p>
          <w:p w:rsidR="0014338B" w:rsidRPr="00895605" w:rsidRDefault="00861795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i/>
                <w:color w:val="7A7A7A"/>
                <w:lang w:val="fr-FR"/>
              </w:rPr>
              <w:t>dacă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:rsidR="0014338B" w:rsidRDefault="00861795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</w:trPr>
        <w:tc>
          <w:tcPr>
            <w:tcW w:w="9636" w:type="dxa"/>
            <w:gridSpan w:val="6"/>
          </w:tcPr>
          <w:p w:rsidR="0014338B" w:rsidRDefault="00861795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:rsidR="0014338B" w:rsidRDefault="0014338B">
      <w:pPr>
        <w:spacing w:line="168" w:lineRule="auto"/>
      </w:pPr>
    </w:p>
    <w:tbl>
      <w:tblPr>
        <w:tblStyle w:val="Tabelgril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:rsidTr="00B35B08">
        <w:trPr>
          <w:cantSplit/>
        </w:trPr>
        <w:tc>
          <w:tcPr>
            <w:tcW w:w="9606" w:type="dxa"/>
          </w:tcPr>
          <w:p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</w:p>
          <w:p w:rsidR="00365E65" w:rsidRDefault="00365E65" w:rsidP="00365E65">
            <w:pPr>
              <w:ind w:right="4003"/>
              <w:rPr>
                <w:b/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declar</w:t>
            </w:r>
            <w:proofErr w:type="spellEnd"/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înstiințarea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nu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depusă</w:t>
            </w:r>
            <w:proofErr w:type="spellEnd"/>
            <w:r>
              <w:rPr>
                <w:sz w:val="16"/>
              </w:rPr>
              <w:t xml:space="preserve">.  </w:t>
            </w:r>
          </w:p>
        </w:tc>
      </w:tr>
    </w:tbl>
    <w:p w:rsidR="00365E65" w:rsidRDefault="00365E65">
      <w:pPr>
        <w:spacing w:line="168" w:lineRule="auto"/>
      </w:pPr>
    </w:p>
    <w:tbl>
      <w:tblPr>
        <w:tblStyle w:val="Tabelgril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:rsidTr="00DE7AC0">
        <w:trPr>
          <w:cantSplit/>
        </w:trPr>
        <w:tc>
          <w:tcPr>
            <w:tcW w:w="9606" w:type="dxa"/>
          </w:tcPr>
          <w:p w:rsidR="00FC030E" w:rsidRPr="00C25235" w:rsidRDefault="00FC030E" w:rsidP="00FC030E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gramStart"/>
            <w:r w:rsidRPr="00143D03">
              <w:rPr>
                <w:i/>
                <w:color w:val="7A7A7A"/>
              </w:rPr>
              <w:t>conform  art</w:t>
            </w:r>
            <w:proofErr w:type="gramEnd"/>
            <w:r w:rsidRPr="00143D03">
              <w:rPr>
                <w:i/>
                <w:color w:val="7A7A7A"/>
              </w:rPr>
              <w:t xml:space="preserve">.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:rsidR="00FC030E" w:rsidRDefault="00FC030E">
      <w:pPr>
        <w:spacing w:line="168" w:lineRule="auto"/>
      </w:pPr>
    </w:p>
    <w:p w:rsidR="00365E65" w:rsidRDefault="00365E6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>
        <w:trPr>
          <w:cantSplit/>
        </w:trPr>
        <w:tc>
          <w:tcPr>
            <w:tcW w:w="9636" w:type="dxa"/>
            <w:shd w:val="clear" w:color="auto" w:fill="F4F4F4"/>
          </w:tcPr>
          <w:p w:rsidR="0014338B" w:rsidRDefault="00FC030E">
            <w:pPr>
              <w:keepNext/>
            </w:pPr>
            <w:r>
              <w:rPr>
                <w:b/>
                <w:sz w:val="16"/>
              </w:rPr>
              <w:t>7</w:t>
            </w:r>
            <w:r w:rsidR="00861795"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:rsidTr="00B862D0">
        <w:trPr>
          <w:cantSplit/>
          <w:trHeight w:val="2831"/>
        </w:trPr>
        <w:tc>
          <w:tcPr>
            <w:tcW w:w="9636" w:type="dxa"/>
          </w:tcPr>
          <w:p w:rsidR="00C25235" w:rsidRPr="00143D03" w:rsidRDefault="00C25235" w:rsidP="00365E65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</w:t>
            </w:r>
            <w:proofErr w:type="gramStart"/>
            <w:r w:rsidRPr="00143D03">
              <w:rPr>
                <w:b/>
                <w:color w:val="0D5F78"/>
              </w:rPr>
              <w:t>,1</w:t>
            </w:r>
            <w:proofErr w:type="gramEnd"/>
            <w:r w:rsidRPr="00143D03">
              <w:rPr>
                <w:b/>
                <w:color w:val="0D5F78"/>
              </w:rPr>
              <w:t xml:space="preserve">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ca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:rsidR="00C25235" w:rsidRDefault="00C25235" w:rsidP="00CC429A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>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desființare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identității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:rsidR="00C25235" w:rsidRPr="00143D03" w:rsidRDefault="00C25235" w:rsidP="00CC429A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:rsidR="00FC030E" w:rsidRDefault="00FC030E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:rsidTr="00DE7AC0">
        <w:trPr>
          <w:cantSplit/>
        </w:trPr>
        <w:tc>
          <w:tcPr>
            <w:tcW w:w="9636" w:type="dxa"/>
            <w:shd w:val="clear" w:color="auto" w:fill="F4F4F4"/>
          </w:tcPr>
          <w:p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:rsidTr="00F33D43">
        <w:trPr>
          <w:cantSplit/>
          <w:trHeight w:val="510"/>
        </w:trPr>
        <w:tc>
          <w:tcPr>
            <w:tcW w:w="9636" w:type="dxa"/>
          </w:tcPr>
          <w:p w:rsidR="0051574A" w:rsidRPr="00143D03" w:rsidRDefault="0051574A" w:rsidP="00DE7AC0">
            <w:pPr>
              <w:rPr>
                <w:lang w:val="fr-FR"/>
              </w:rPr>
            </w:pP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</w:t>
            </w:r>
            <w:proofErr w:type="spellStart"/>
            <w:r w:rsidRPr="00143D03">
              <w:rPr>
                <w:lang w:val="fr-FR"/>
              </w:rPr>
              <w:t>Planul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Național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și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Reziliență</w:t>
            </w:r>
            <w:proofErr w:type="spellEnd"/>
            <w:r w:rsidRPr="00143D03">
              <w:rPr>
                <w:lang w:val="fr-FR"/>
              </w:rPr>
              <w:t>)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</w:t>
            </w:r>
            <w:proofErr w:type="spellStart"/>
            <w:r w:rsidRPr="00143D03">
              <w:rPr>
                <w:sz w:val="16"/>
                <w:lang w:val="fr-FR"/>
              </w:rPr>
              <w:t>Planul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gramStart"/>
            <w:r w:rsidRPr="00143D03">
              <w:rPr>
                <w:sz w:val="16"/>
                <w:lang w:val="fr-FR"/>
              </w:rPr>
              <w:t xml:space="preserve">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proofErr w:type="gram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Anghel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Saligny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  <w:r w:rsidRPr="00143D03">
              <w:rPr>
                <w:sz w:val="16"/>
                <w:lang w:val="fr-FR"/>
              </w:rPr>
              <w:t xml:space="preserve"> sociale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PNI 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Cantacuzino</w:t>
            </w:r>
            <w:proofErr w:type="spellEnd"/>
            <w:r w:rsidRPr="00143D03">
              <w:rPr>
                <w:sz w:val="16"/>
                <w:lang w:val="fr-FR"/>
              </w:rPr>
              <w:t xml:space="preserve">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Cantacuzino</w:t>
            </w:r>
            <w:proofErr w:type="spellEnd"/>
            <w:r w:rsidRPr="00143D03">
              <w:rPr>
                <w:sz w:val="16"/>
                <w:lang w:val="fr-FR"/>
              </w:rPr>
              <w:t>”)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</w:t>
            </w:r>
            <w:proofErr w:type="gramStart"/>
            <w:r w:rsidRPr="00143D03">
              <w:rPr>
                <w:sz w:val="16"/>
                <w:lang w:val="fr-FR"/>
              </w:rPr>
              <w:t>de investiții</w:t>
            </w:r>
            <w:proofErr w:type="gramEnd"/>
            <w:r w:rsidRPr="00143D03">
              <w:rPr>
                <w:sz w:val="16"/>
                <w:lang w:val="fr-FR"/>
              </w:rPr>
              <w:t xml:space="preserve">: </w:t>
            </w:r>
          </w:p>
          <w:p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51574A">
              <w:rPr>
                <w:i/>
                <w:color w:val="7A7A7A"/>
                <w:lang w:val="fr-FR"/>
              </w:rPr>
              <w:t xml:space="preserve">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proofErr w:type="gramEnd"/>
            <w:r w:rsidRPr="00143D03">
              <w:rPr>
                <w:sz w:val="16"/>
                <w:lang w:val="fr-FR"/>
              </w:rPr>
              <w:t xml:space="preserve">            .</w:t>
            </w:r>
          </w:p>
          <w:p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Default="00C330B3">
            <w:pPr>
              <w:keepNext/>
            </w:pPr>
            <w:r>
              <w:rPr>
                <w:b/>
                <w:sz w:val="16"/>
              </w:rPr>
              <w:t>8</w:t>
            </w:r>
            <w:r w:rsidR="00861795">
              <w:rPr>
                <w:b/>
                <w:sz w:val="16"/>
              </w:rPr>
              <w:t xml:space="preserve">. </w:t>
            </w:r>
            <w:r w:rsidR="00861795"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861795">
            <w:r>
              <w:rPr>
                <w:b/>
                <w:color w:val="0D5F78"/>
              </w:rPr>
              <w:t>Data</w:t>
            </w:r>
          </w:p>
          <w:p w:rsidR="0014338B" w:rsidRDefault="0014338B"/>
        </w:tc>
        <w:tc>
          <w:tcPr>
            <w:tcW w:w="4818" w:type="dxa"/>
          </w:tcPr>
          <w:p w:rsidR="0014338B" w:rsidRDefault="00861795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:rsidR="0014338B" w:rsidRDefault="0014338B"/>
        </w:tc>
        <w:tc>
          <w:tcPr>
            <w:tcW w:w="3212" w:type="dxa"/>
          </w:tcPr>
          <w:p w:rsidR="0014338B" w:rsidRDefault="00861795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14338B" w:rsidRDefault="0014338B"/>
        </w:tc>
      </w:tr>
    </w:tbl>
    <w:p w:rsidR="0014338B" w:rsidRDefault="0014338B">
      <w:pPr>
        <w:spacing w:line="168" w:lineRule="auto"/>
      </w:pPr>
    </w:p>
    <w:p w:rsidR="0014338B" w:rsidRDefault="0014338B">
      <w:pPr>
        <w:spacing w:line="168" w:lineRule="auto"/>
        <w:rPr>
          <w:lang w:val="fr-FR"/>
        </w:rPr>
      </w:pPr>
    </w:p>
    <w:p w:rsidR="00FB057B" w:rsidRDefault="00FB057B">
      <w:pPr>
        <w:spacing w:line="168" w:lineRule="auto"/>
        <w:rPr>
          <w:lang w:val="fr-FR"/>
        </w:rPr>
      </w:pPr>
    </w:p>
    <w:p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5E8" w:rsidRDefault="009C25E8">
      <w:r>
        <w:separator/>
      </w:r>
    </w:p>
  </w:endnote>
  <w:endnote w:type="continuationSeparator" w:id="0">
    <w:p w:rsidR="009C25E8" w:rsidRDefault="009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38B" w:rsidRDefault="00861795">
    <w:pPr>
      <w:pStyle w:val="Subsol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 w:rsidR="00A254D1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A254D1">
      <w:rPr>
        <w:color w:val="595959"/>
      </w:rPr>
      <w:fldChar w:fldCharType="separate"/>
    </w:r>
    <w:r w:rsidR="000C0715">
      <w:rPr>
        <w:noProof/>
        <w:color w:val="595959"/>
      </w:rPr>
      <w:t>1</w:t>
    </w:r>
    <w:r w:rsidR="00A254D1">
      <w:rPr>
        <w:color w:val="595959"/>
      </w:rPr>
      <w:fldChar w:fldCharType="end"/>
    </w:r>
    <w:r>
      <w:rPr>
        <w:color w:val="595959"/>
      </w:rPr>
      <w:t xml:space="preserve"> din </w:t>
    </w:r>
    <w:r w:rsidR="00A254D1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A254D1">
      <w:rPr>
        <w:color w:val="595959"/>
      </w:rPr>
      <w:fldChar w:fldCharType="separate"/>
    </w:r>
    <w:r w:rsidR="000C0715">
      <w:rPr>
        <w:noProof/>
        <w:color w:val="595959"/>
      </w:rPr>
      <w:t>2</w:t>
    </w:r>
    <w:r w:rsidR="00A254D1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5E8" w:rsidRDefault="009C25E8">
      <w:r>
        <w:separator/>
      </w:r>
    </w:p>
  </w:footnote>
  <w:footnote w:type="continuationSeparator" w:id="0">
    <w:p w:rsidR="009C25E8" w:rsidRDefault="009C25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03" w:rsidRDefault="00143D03" w:rsidP="00143D03">
    <w:pPr>
      <w:pStyle w:val="Antet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:rsidR="00143D03" w:rsidRPr="00143D03" w:rsidRDefault="00143D03" w:rsidP="00143D03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16C43"/>
    <w:rsid w:val="0002124A"/>
    <w:rsid w:val="00034616"/>
    <w:rsid w:val="0006063C"/>
    <w:rsid w:val="000622EF"/>
    <w:rsid w:val="00071E24"/>
    <w:rsid w:val="000C0715"/>
    <w:rsid w:val="000E101D"/>
    <w:rsid w:val="0014338B"/>
    <w:rsid w:val="00143D03"/>
    <w:rsid w:val="0015074B"/>
    <w:rsid w:val="00253443"/>
    <w:rsid w:val="0029639D"/>
    <w:rsid w:val="002C3B81"/>
    <w:rsid w:val="0030489E"/>
    <w:rsid w:val="0031695F"/>
    <w:rsid w:val="00326F90"/>
    <w:rsid w:val="00365E65"/>
    <w:rsid w:val="003B7CE8"/>
    <w:rsid w:val="00442B61"/>
    <w:rsid w:val="004A4CBC"/>
    <w:rsid w:val="004E233A"/>
    <w:rsid w:val="0051574A"/>
    <w:rsid w:val="005903A8"/>
    <w:rsid w:val="005C403B"/>
    <w:rsid w:val="006A1DB8"/>
    <w:rsid w:val="006D7C9B"/>
    <w:rsid w:val="00765D3C"/>
    <w:rsid w:val="00782BA8"/>
    <w:rsid w:val="007B0A4D"/>
    <w:rsid w:val="00816F0D"/>
    <w:rsid w:val="00861795"/>
    <w:rsid w:val="00895605"/>
    <w:rsid w:val="0091423B"/>
    <w:rsid w:val="0095442A"/>
    <w:rsid w:val="009A7678"/>
    <w:rsid w:val="009C25E8"/>
    <w:rsid w:val="009D2314"/>
    <w:rsid w:val="00A254D1"/>
    <w:rsid w:val="00A45FAC"/>
    <w:rsid w:val="00AA1D8D"/>
    <w:rsid w:val="00B11050"/>
    <w:rsid w:val="00B35B08"/>
    <w:rsid w:val="00B47730"/>
    <w:rsid w:val="00B56B5D"/>
    <w:rsid w:val="00B862D0"/>
    <w:rsid w:val="00C25235"/>
    <w:rsid w:val="00C330B3"/>
    <w:rsid w:val="00C75A7A"/>
    <w:rsid w:val="00CB0664"/>
    <w:rsid w:val="00CC429A"/>
    <w:rsid w:val="00D028DE"/>
    <w:rsid w:val="00D8454F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32C4855-B91F-4550-8A46-07B6FB6C9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C25235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C25235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2C3B81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C3B8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C3B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B84327-D2BC-4F1E-A4C2-2A2D91ED8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9</cp:revision>
  <dcterms:created xsi:type="dcterms:W3CDTF">2026-10-15T12:26:00Z</dcterms:created>
  <dcterms:modified xsi:type="dcterms:W3CDTF">2026-10-27T08:37:00Z</dcterms:modified>
</cp:coreProperties>
</file>