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F423E8" w:rsidRPr="00F423E8" w:rsidTr="006E2A3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F423E8" w:rsidRPr="00F423E8" w:rsidRDefault="00F423E8" w:rsidP="00F423E8">
            <w:pPr>
              <w:keepNext/>
              <w:jc w:val="center"/>
              <w:rPr>
                <w:i/>
                <w:color w:val="595959"/>
              </w:rPr>
            </w:pPr>
            <w:r w:rsidRPr="00F423E8">
              <w:rPr>
                <w:rFonts w:asciiTheme="majorHAnsi" w:hAnsiTheme="majorHAnsi"/>
                <w:noProof/>
                <w:lang w:val="ro-RO" w:eastAsia="ro-RO"/>
              </w:rPr>
              <w:drawing>
                <wp:inline distT="0" distB="0" distL="0" distR="0" wp14:anchorId="7F03998A" wp14:editId="48264775">
                  <wp:extent cx="904875" cy="1181100"/>
                  <wp:effectExtent l="19050" t="0" r="9525" b="0"/>
                  <wp:docPr id="1" name="Picture 3" descr="ROU_BT_Manoleasa_Co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OU_BT_Manoleasa_Co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423E8" w:rsidRPr="00F423E8" w:rsidRDefault="00F423E8" w:rsidP="00F423E8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:rsidR="00F423E8" w:rsidRPr="00F423E8" w:rsidRDefault="00F423E8" w:rsidP="00F423E8">
            <w:pPr>
              <w:keepNext/>
            </w:pPr>
            <w:proofErr w:type="spellStart"/>
            <w:r w:rsidRPr="00F423E8">
              <w:rPr>
                <w:b/>
              </w:rPr>
              <w:t>Județul</w:t>
            </w:r>
            <w:proofErr w:type="spellEnd"/>
            <w:r w:rsidRPr="00F423E8">
              <w:rPr>
                <w:b/>
              </w:rPr>
              <w:t xml:space="preserve">   </w:t>
            </w:r>
            <w:proofErr w:type="spellStart"/>
            <w:r w:rsidRPr="00F423E8">
              <w:rPr>
                <w:b/>
              </w:rPr>
              <w:t>Botoșani</w:t>
            </w:r>
            <w:proofErr w:type="spellEnd"/>
          </w:p>
          <w:p w:rsidR="00F423E8" w:rsidRPr="00F423E8" w:rsidRDefault="00F423E8" w:rsidP="00F423E8">
            <w:pPr>
              <w:keepNext/>
            </w:pPr>
          </w:p>
        </w:tc>
      </w:tr>
      <w:tr w:rsidR="00F423E8" w:rsidRPr="00F423E8" w:rsidTr="006E2A37">
        <w:trPr>
          <w:cantSplit/>
          <w:trHeight w:val="510"/>
        </w:trPr>
        <w:tc>
          <w:tcPr>
            <w:tcW w:w="1606" w:type="dxa"/>
            <w:vMerge/>
          </w:tcPr>
          <w:p w:rsidR="00F423E8" w:rsidRPr="00F423E8" w:rsidRDefault="00F423E8" w:rsidP="00F423E8"/>
        </w:tc>
        <w:tc>
          <w:tcPr>
            <w:tcW w:w="8030" w:type="dxa"/>
            <w:gridSpan w:val="3"/>
            <w:shd w:val="clear" w:color="auto" w:fill="F0F0F0"/>
          </w:tcPr>
          <w:p w:rsidR="00F423E8" w:rsidRPr="00F423E8" w:rsidRDefault="00F423E8" w:rsidP="00F423E8">
            <w:pPr>
              <w:keepNext/>
            </w:pPr>
            <w:proofErr w:type="spellStart"/>
            <w:r w:rsidRPr="00F423E8">
              <w:rPr>
                <w:b/>
              </w:rPr>
              <w:t>Primăria</w:t>
            </w:r>
            <w:proofErr w:type="spellEnd"/>
            <w:r w:rsidRPr="00F423E8">
              <w:rPr>
                <w:b/>
              </w:rPr>
              <w:t xml:space="preserve"> </w:t>
            </w:r>
            <w:proofErr w:type="spellStart"/>
            <w:r w:rsidRPr="00F423E8">
              <w:rPr>
                <w:b/>
              </w:rPr>
              <w:t>Manoleasa</w:t>
            </w:r>
            <w:proofErr w:type="spellEnd"/>
          </w:p>
          <w:p w:rsidR="00F423E8" w:rsidRPr="00F423E8" w:rsidRDefault="00F423E8" w:rsidP="00F423E8">
            <w:pPr>
              <w:keepNext/>
            </w:pPr>
          </w:p>
        </w:tc>
      </w:tr>
      <w:tr w:rsidR="00F423E8" w:rsidRPr="00F423E8" w:rsidTr="006E2A37">
        <w:trPr>
          <w:cantSplit/>
          <w:trHeight w:val="510"/>
        </w:trPr>
        <w:tc>
          <w:tcPr>
            <w:tcW w:w="1606" w:type="dxa"/>
            <w:vMerge/>
          </w:tcPr>
          <w:p w:rsidR="00F423E8" w:rsidRPr="00F423E8" w:rsidRDefault="00F423E8" w:rsidP="00F423E8"/>
        </w:tc>
        <w:tc>
          <w:tcPr>
            <w:tcW w:w="2409" w:type="dxa"/>
            <w:shd w:val="clear" w:color="auto" w:fill="F0F0F0"/>
          </w:tcPr>
          <w:p w:rsidR="00F423E8" w:rsidRPr="00F423E8" w:rsidRDefault="00F423E8" w:rsidP="00F423E8">
            <w:pPr>
              <w:keepNext/>
              <w:rPr>
                <w:lang w:val="fr-FR"/>
              </w:rPr>
            </w:pPr>
            <w:r w:rsidRPr="00F423E8">
              <w:rPr>
                <w:b/>
                <w:lang w:val="fr-FR"/>
              </w:rPr>
              <w:t xml:space="preserve">Cod </w:t>
            </w:r>
            <w:proofErr w:type="gramStart"/>
            <w:r w:rsidRPr="00F423E8">
              <w:rPr>
                <w:b/>
                <w:lang w:val="fr-FR"/>
              </w:rPr>
              <w:t xml:space="preserve">de </w:t>
            </w:r>
            <w:proofErr w:type="spellStart"/>
            <w:r w:rsidRPr="00F423E8">
              <w:rPr>
                <w:b/>
                <w:lang w:val="fr-FR"/>
              </w:rPr>
              <w:t>identificare</w:t>
            </w:r>
            <w:proofErr w:type="spellEnd"/>
            <w:proofErr w:type="gramEnd"/>
            <w:r w:rsidRPr="00F423E8">
              <w:rPr>
                <w:b/>
                <w:lang w:val="fr-FR"/>
              </w:rPr>
              <w:t xml:space="preserve"> </w:t>
            </w:r>
            <w:proofErr w:type="spellStart"/>
            <w:r w:rsidRPr="00F423E8">
              <w:rPr>
                <w:b/>
                <w:lang w:val="fr-FR"/>
              </w:rPr>
              <w:t>fiscală</w:t>
            </w:r>
            <w:proofErr w:type="spellEnd"/>
            <w:r w:rsidRPr="00F423E8">
              <w:rPr>
                <w:b/>
                <w:lang w:val="fr-FR"/>
              </w:rPr>
              <w:t xml:space="preserve"> (CIF)</w:t>
            </w:r>
          </w:p>
          <w:p w:rsidR="00F423E8" w:rsidRPr="00F423E8" w:rsidRDefault="00F423E8" w:rsidP="00F423E8">
            <w:pPr>
              <w:keepNext/>
              <w:rPr>
                <w:lang w:val="fr-FR"/>
              </w:rPr>
            </w:pPr>
            <w:r w:rsidRPr="00F423E8">
              <w:rPr>
                <w:b/>
                <w:lang w:val="it-IT"/>
              </w:rPr>
              <w:t>3643906</w:t>
            </w:r>
          </w:p>
        </w:tc>
        <w:tc>
          <w:tcPr>
            <w:tcW w:w="5621" w:type="dxa"/>
            <w:gridSpan w:val="2"/>
            <w:shd w:val="clear" w:color="auto" w:fill="F0F0F0"/>
          </w:tcPr>
          <w:p w:rsidR="00F423E8" w:rsidRPr="00F423E8" w:rsidRDefault="00F423E8" w:rsidP="00F423E8">
            <w:pPr>
              <w:keepNext/>
              <w:rPr>
                <w:b/>
                <w:lang w:val="pt-PT"/>
              </w:rPr>
            </w:pPr>
            <w:r w:rsidRPr="00F423E8">
              <w:rPr>
                <w:b/>
                <w:lang w:val="pt-PT"/>
              </w:rPr>
              <w:t>Adresa: Strada Principal</w:t>
            </w:r>
            <w:r w:rsidRPr="00F423E8">
              <w:rPr>
                <w:b/>
                <w:lang w:val="ro-RO"/>
              </w:rPr>
              <w:t>ă</w:t>
            </w:r>
            <w:r w:rsidRPr="00F423E8">
              <w:rPr>
                <w:b/>
                <w:lang w:val="pt-PT"/>
              </w:rPr>
              <w:t>, Nr. 37, Cod poștal 717230</w:t>
            </w:r>
          </w:p>
          <w:p w:rsidR="00F423E8" w:rsidRPr="00F423E8" w:rsidRDefault="00F423E8" w:rsidP="00F423E8">
            <w:pPr>
              <w:keepNext/>
              <w:rPr>
                <w:b/>
                <w:lang w:val="it-IT"/>
              </w:rPr>
            </w:pPr>
            <w:r w:rsidRPr="00F423E8">
              <w:rPr>
                <w:b/>
                <w:lang w:val="it-IT"/>
              </w:rPr>
              <w:t xml:space="preserve">Telefon: </w:t>
            </w:r>
            <w:r w:rsidRPr="00F423E8">
              <w:rPr>
                <w:rFonts w:cs="Times New Roman"/>
                <w:b/>
                <w:lang w:eastAsia="ro-RO"/>
              </w:rPr>
              <w:t xml:space="preserve">0231-560101 / </w:t>
            </w:r>
            <w:r w:rsidRPr="00F423E8">
              <w:rPr>
                <w:b/>
                <w:lang w:val="it-IT"/>
              </w:rPr>
              <w:t xml:space="preserve"> </w:t>
            </w:r>
            <w:r w:rsidRPr="00F423E8">
              <w:rPr>
                <w:rFonts w:cs="Times New Roman"/>
                <w:b/>
                <w:lang w:eastAsia="ro-RO"/>
              </w:rPr>
              <w:t>0231-560222</w:t>
            </w:r>
          </w:p>
          <w:p w:rsidR="00F423E8" w:rsidRPr="00F423E8" w:rsidRDefault="00F423E8" w:rsidP="00F423E8">
            <w:pPr>
              <w:keepNext/>
              <w:rPr>
                <w:b/>
                <w:lang w:val="it-IT"/>
              </w:rPr>
            </w:pPr>
            <w:r w:rsidRPr="00F423E8">
              <w:rPr>
                <w:b/>
                <w:lang w:val="it-IT"/>
              </w:rPr>
              <w:t xml:space="preserve">E-mail: </w:t>
            </w:r>
            <w:r w:rsidRPr="00F423E8">
              <w:rPr>
                <w:rFonts w:cs="Times New Roman"/>
                <w:lang w:eastAsia="ro-RO"/>
              </w:rPr>
              <w:t xml:space="preserve">: </w:t>
            </w:r>
            <w:hyperlink r:id="rId9" w:history="1">
              <w:r w:rsidRPr="00F423E8">
                <w:rPr>
                  <w:rFonts w:cs="Times New Roman"/>
                  <w:b/>
                </w:rPr>
                <w:t>primaria_manoleasa@yahoo.com</w:t>
              </w:r>
            </w:hyperlink>
          </w:p>
          <w:p w:rsidR="00F423E8" w:rsidRPr="00F423E8" w:rsidRDefault="00F423E8" w:rsidP="00F423E8">
            <w:pPr>
              <w:keepNext/>
              <w:rPr>
                <w:b/>
              </w:rPr>
            </w:pPr>
            <w:r w:rsidRPr="00F423E8">
              <w:rPr>
                <w:rFonts w:cs="Times New Roman"/>
                <w:b/>
                <w:lang w:eastAsia="ro-RO"/>
              </w:rPr>
              <w:t xml:space="preserve">internet: </w:t>
            </w:r>
            <w:hyperlink r:id="rId10" w:history="1">
              <w:r w:rsidRPr="00F423E8">
                <w:rPr>
                  <w:rFonts w:cs="Times New Roman"/>
                  <w:b/>
                </w:rPr>
                <w:t>http://www.comunamanoleasa.ro</w:t>
              </w:r>
            </w:hyperlink>
          </w:p>
        </w:tc>
      </w:tr>
      <w:tr w:rsidR="00F423E8" w:rsidRPr="00F423E8" w:rsidTr="006E2A37">
        <w:trPr>
          <w:cantSplit/>
          <w:trHeight w:val="510"/>
        </w:trPr>
        <w:tc>
          <w:tcPr>
            <w:tcW w:w="1606" w:type="dxa"/>
            <w:vMerge/>
          </w:tcPr>
          <w:p w:rsidR="00F423E8" w:rsidRPr="00F423E8" w:rsidRDefault="00F423E8" w:rsidP="00F423E8"/>
        </w:tc>
        <w:tc>
          <w:tcPr>
            <w:tcW w:w="4818" w:type="dxa"/>
            <w:gridSpan w:val="2"/>
            <w:shd w:val="clear" w:color="auto" w:fill="F0F0F0"/>
          </w:tcPr>
          <w:p w:rsidR="00F423E8" w:rsidRPr="00F423E8" w:rsidRDefault="00F423E8" w:rsidP="00F423E8">
            <w:pPr>
              <w:keepNext/>
            </w:pPr>
            <w:proofErr w:type="spellStart"/>
            <w:r w:rsidRPr="00F423E8">
              <w:rPr>
                <w:b/>
              </w:rPr>
              <w:t>Număr</w:t>
            </w:r>
            <w:proofErr w:type="spellEnd"/>
            <w:r w:rsidRPr="00F423E8">
              <w:rPr>
                <w:b/>
              </w:rPr>
              <w:t xml:space="preserve"> de </w:t>
            </w:r>
            <w:proofErr w:type="spellStart"/>
            <w:r w:rsidRPr="00F423E8">
              <w:rPr>
                <w:b/>
              </w:rPr>
              <w:t>înregistrare</w:t>
            </w:r>
            <w:proofErr w:type="spellEnd"/>
          </w:p>
          <w:p w:rsidR="00F423E8" w:rsidRPr="00F423E8" w:rsidRDefault="00F423E8" w:rsidP="00F423E8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F423E8" w:rsidRPr="00F423E8" w:rsidRDefault="00F423E8" w:rsidP="00F423E8">
            <w:pPr>
              <w:keepNext/>
            </w:pPr>
            <w:r w:rsidRPr="00F423E8">
              <w:rPr>
                <w:b/>
              </w:rPr>
              <w:t>Data</w:t>
            </w:r>
          </w:p>
          <w:p w:rsidR="00F423E8" w:rsidRPr="00F423E8" w:rsidRDefault="00F423E8" w:rsidP="00F423E8">
            <w:pPr>
              <w:keepNext/>
            </w:pPr>
          </w:p>
        </w:tc>
      </w:tr>
    </w:tbl>
    <w:p w:rsidR="00E25052" w:rsidRPr="0021562A" w:rsidRDefault="00293BBA">
      <w:pPr>
        <w:spacing w:before="140" w:after="40"/>
        <w:jc w:val="center"/>
        <w:rPr>
          <w:sz w:val="28"/>
          <w:szCs w:val="28"/>
        </w:rPr>
      </w:pPr>
      <w:bookmarkStart w:id="0" w:name="_GoBack"/>
      <w:bookmarkEnd w:id="0"/>
      <w:r w:rsidRPr="0021562A">
        <w:rPr>
          <w:b/>
          <w:sz w:val="28"/>
          <w:szCs w:val="28"/>
        </w:rPr>
        <w:t>CERERE</w:t>
      </w:r>
    </w:p>
    <w:p w:rsidR="00E25052" w:rsidRDefault="00E25052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>
        <w:trPr>
          <w:cantSplit/>
        </w:trPr>
        <w:tc>
          <w:tcPr>
            <w:tcW w:w="9636" w:type="dxa"/>
            <w:shd w:val="clear" w:color="auto" w:fill="F4F4F4"/>
          </w:tcPr>
          <w:p w:rsidR="00E25052" w:rsidRDefault="00293BBA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E25052" w:rsidRPr="0021562A">
        <w:trPr>
          <w:cantSplit/>
          <w:trHeight w:val="510"/>
        </w:trPr>
        <w:tc>
          <w:tcPr>
            <w:tcW w:w="9636" w:type="dxa"/>
          </w:tcPr>
          <w:p w:rsidR="00E25052" w:rsidRPr="00F801F2" w:rsidRDefault="00293BBA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:rsidR="00E25052" w:rsidRPr="00F801F2" w:rsidRDefault="00293BBA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comunei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sector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:rsidR="00E25052" w:rsidRPr="00F801F2" w:rsidRDefault="00E25052">
            <w:pPr>
              <w:keepNext/>
              <w:rPr>
                <w:lang w:val="fr-FR"/>
              </w:rPr>
            </w:pPr>
          </w:p>
        </w:tc>
      </w:tr>
      <w:tr w:rsidR="00E25052" w:rsidRPr="0021562A">
        <w:trPr>
          <w:cantSplit/>
        </w:trPr>
        <w:tc>
          <w:tcPr>
            <w:tcW w:w="9636" w:type="dxa"/>
            <w:shd w:val="clear" w:color="auto" w:fill="F4F4F4"/>
          </w:tcPr>
          <w:p w:rsidR="00E25052" w:rsidRPr="00F801F2" w:rsidRDefault="00293BBA">
            <w:pPr>
              <w:spacing w:line="228" w:lineRule="auto"/>
              <w:rPr>
                <w:lang w:val="fr-FR"/>
              </w:rPr>
            </w:pPr>
            <w:proofErr w:type="spellStart"/>
            <w:r w:rsidRPr="00F801F2">
              <w:rPr>
                <w:lang w:val="fr-FR"/>
              </w:rPr>
              <w:t>Cererea</w:t>
            </w:r>
            <w:proofErr w:type="spellEnd"/>
            <w:r w:rsidRPr="00F801F2">
              <w:rPr>
                <w:lang w:val="fr-FR"/>
              </w:rPr>
              <w:t xml:space="preserve"> va fi </w:t>
            </w:r>
            <w:proofErr w:type="spellStart"/>
            <w:r w:rsidRPr="00F801F2">
              <w:rPr>
                <w:lang w:val="fr-FR"/>
              </w:rPr>
              <w:t>transmisă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către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președintele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consiliului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județean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general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de </w:t>
            </w:r>
            <w:proofErr w:type="spellStart"/>
            <w:r w:rsidRPr="00F801F2">
              <w:rPr>
                <w:lang w:val="fr-FR"/>
              </w:rPr>
              <w:t>sector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sau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municipiului</w:t>
            </w:r>
            <w:proofErr w:type="spellEnd"/>
            <w:r w:rsidRPr="00F801F2">
              <w:rPr>
                <w:lang w:val="fr-FR"/>
              </w:rPr>
              <w:t xml:space="preserve"> / </w:t>
            </w:r>
            <w:proofErr w:type="spellStart"/>
            <w:r w:rsidRPr="00F801F2">
              <w:rPr>
                <w:lang w:val="fr-FR"/>
              </w:rPr>
              <w:t>orașului</w:t>
            </w:r>
            <w:proofErr w:type="spellEnd"/>
            <w:r w:rsidRPr="00F801F2">
              <w:rPr>
                <w:lang w:val="fr-FR"/>
              </w:rPr>
              <w:t xml:space="preserve"> / </w:t>
            </w:r>
            <w:proofErr w:type="spellStart"/>
            <w:r w:rsidRPr="00F801F2">
              <w:rPr>
                <w:lang w:val="fr-FR"/>
              </w:rPr>
              <w:t>comunei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după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caz</w:t>
            </w:r>
            <w:proofErr w:type="spellEnd"/>
            <w:r w:rsidRPr="00F801F2">
              <w:rPr>
                <w:lang w:val="fr-FR"/>
              </w:rPr>
              <w:t>.</w:t>
            </w:r>
          </w:p>
        </w:tc>
      </w:tr>
    </w:tbl>
    <w:p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E25052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E25052" w:rsidRDefault="00293BBA">
            <w:pPr>
              <w:keepNext/>
            </w:pP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E25052">
        <w:trPr>
          <w:cantSplit/>
          <w:trHeight w:val="510"/>
        </w:trPr>
        <w:tc>
          <w:tcPr>
            <w:tcW w:w="5621" w:type="dxa"/>
            <w:gridSpan w:val="5"/>
          </w:tcPr>
          <w:p w:rsidR="00E25052" w:rsidRDefault="00293BBA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:rsidR="00E25052" w:rsidRDefault="00E25052">
            <w:pPr>
              <w:keepNext/>
            </w:pPr>
          </w:p>
        </w:tc>
        <w:tc>
          <w:tcPr>
            <w:tcW w:w="4015" w:type="dxa"/>
            <w:gridSpan w:val="3"/>
          </w:tcPr>
          <w:p w:rsidR="00E25052" w:rsidRDefault="00293BBA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:rsidR="00E25052" w:rsidRDefault="00E25052">
            <w:pPr>
              <w:keepNext/>
            </w:pPr>
          </w:p>
        </w:tc>
      </w:tr>
      <w:tr w:rsidR="00E25052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E25052" w:rsidRDefault="00293BBA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E25052">
        <w:trPr>
          <w:cantSplit/>
          <w:trHeight w:val="510"/>
        </w:trPr>
        <w:tc>
          <w:tcPr>
            <w:tcW w:w="1606" w:type="dxa"/>
          </w:tcPr>
          <w:p w:rsidR="00E25052" w:rsidRDefault="00293BBA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:rsidR="00E25052" w:rsidRDefault="00E25052">
            <w:pPr>
              <w:keepNext/>
            </w:pPr>
          </w:p>
        </w:tc>
        <w:tc>
          <w:tcPr>
            <w:tcW w:w="1606" w:type="dxa"/>
          </w:tcPr>
          <w:p w:rsidR="00E25052" w:rsidRDefault="00293BBA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:rsidR="00E25052" w:rsidRDefault="00E25052">
            <w:pPr>
              <w:keepNext/>
            </w:pPr>
          </w:p>
        </w:tc>
        <w:tc>
          <w:tcPr>
            <w:tcW w:w="4818" w:type="dxa"/>
            <w:gridSpan w:val="5"/>
          </w:tcPr>
          <w:p w:rsidR="00E25052" w:rsidRDefault="00293BBA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:rsidR="00E25052" w:rsidRDefault="00E25052">
            <w:pPr>
              <w:keepNext/>
            </w:pPr>
          </w:p>
        </w:tc>
        <w:tc>
          <w:tcPr>
            <w:tcW w:w="1606" w:type="dxa"/>
          </w:tcPr>
          <w:p w:rsidR="00E25052" w:rsidRDefault="00293BBA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:rsidR="00E25052" w:rsidRDefault="00E25052">
            <w:pPr>
              <w:keepNext/>
            </w:pPr>
          </w:p>
        </w:tc>
      </w:tr>
      <w:tr w:rsidR="00E25052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E25052" w:rsidRDefault="00293BBA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E25052">
        <w:trPr>
          <w:cantSplit/>
          <w:trHeight w:val="510"/>
        </w:trPr>
        <w:tc>
          <w:tcPr>
            <w:tcW w:w="3212" w:type="dxa"/>
            <w:gridSpan w:val="2"/>
          </w:tcPr>
          <w:p w:rsidR="00E25052" w:rsidRDefault="00293BBA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:rsidR="00E25052" w:rsidRDefault="00E25052">
            <w:pPr>
              <w:keepNext/>
            </w:pPr>
          </w:p>
        </w:tc>
        <w:tc>
          <w:tcPr>
            <w:tcW w:w="3212" w:type="dxa"/>
            <w:gridSpan w:val="4"/>
          </w:tcPr>
          <w:p w:rsidR="00E25052" w:rsidRDefault="00293BBA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:rsidR="00E25052" w:rsidRDefault="00293BBA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:rsidR="00E25052" w:rsidRDefault="00E25052">
            <w:pPr>
              <w:keepNext/>
            </w:pPr>
          </w:p>
        </w:tc>
      </w:tr>
      <w:tr w:rsidR="00E25052">
        <w:trPr>
          <w:cantSplit/>
          <w:trHeight w:val="510"/>
        </w:trPr>
        <w:tc>
          <w:tcPr>
            <w:tcW w:w="3212" w:type="dxa"/>
            <w:gridSpan w:val="2"/>
          </w:tcPr>
          <w:p w:rsidR="00E25052" w:rsidRDefault="00293BBA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E25052" w:rsidRDefault="00E25052">
            <w:pPr>
              <w:keepNext/>
            </w:pPr>
          </w:p>
        </w:tc>
        <w:tc>
          <w:tcPr>
            <w:tcW w:w="803" w:type="dxa"/>
          </w:tcPr>
          <w:p w:rsidR="00E25052" w:rsidRDefault="00293BBA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E25052" w:rsidRDefault="00E25052">
            <w:pPr>
              <w:keepNext/>
            </w:pPr>
          </w:p>
        </w:tc>
        <w:tc>
          <w:tcPr>
            <w:tcW w:w="803" w:type="dxa"/>
          </w:tcPr>
          <w:p w:rsidR="00E25052" w:rsidRDefault="00293BBA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:rsidR="00E25052" w:rsidRDefault="00E25052">
            <w:pPr>
              <w:keepNext/>
            </w:pPr>
          </w:p>
        </w:tc>
        <w:tc>
          <w:tcPr>
            <w:tcW w:w="803" w:type="dxa"/>
          </w:tcPr>
          <w:p w:rsidR="00E25052" w:rsidRDefault="00293BBA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:rsidR="00E25052" w:rsidRDefault="00E25052">
            <w:pPr>
              <w:keepNext/>
            </w:pPr>
          </w:p>
        </w:tc>
        <w:tc>
          <w:tcPr>
            <w:tcW w:w="803" w:type="dxa"/>
          </w:tcPr>
          <w:p w:rsidR="00E25052" w:rsidRDefault="00293BBA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:rsidR="00E25052" w:rsidRDefault="00E25052">
            <w:pPr>
              <w:keepNext/>
            </w:pPr>
          </w:p>
        </w:tc>
        <w:tc>
          <w:tcPr>
            <w:tcW w:w="1606" w:type="dxa"/>
          </w:tcPr>
          <w:p w:rsidR="00E25052" w:rsidRDefault="00293BBA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E25052" w:rsidRDefault="00E25052">
            <w:pPr>
              <w:keepNext/>
            </w:pPr>
          </w:p>
        </w:tc>
        <w:tc>
          <w:tcPr>
            <w:tcW w:w="1606" w:type="dxa"/>
          </w:tcPr>
          <w:p w:rsidR="00E25052" w:rsidRDefault="00293BBA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:rsidR="00E25052" w:rsidRDefault="00E25052">
            <w:pPr>
              <w:keepNext/>
            </w:pPr>
          </w:p>
        </w:tc>
      </w:tr>
      <w:tr w:rsidR="00E25052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E25052" w:rsidRDefault="00293BBA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E25052">
        <w:trPr>
          <w:cantSplit/>
          <w:trHeight w:val="510"/>
        </w:trPr>
        <w:tc>
          <w:tcPr>
            <w:tcW w:w="4015" w:type="dxa"/>
            <w:gridSpan w:val="3"/>
          </w:tcPr>
          <w:p w:rsidR="00E25052" w:rsidRDefault="00293BBA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:rsidR="00E25052" w:rsidRDefault="00E25052">
            <w:pPr>
              <w:keepNext/>
            </w:pPr>
          </w:p>
        </w:tc>
        <w:tc>
          <w:tcPr>
            <w:tcW w:w="5621" w:type="dxa"/>
            <w:gridSpan w:val="5"/>
          </w:tcPr>
          <w:p w:rsidR="00E25052" w:rsidRDefault="00293BBA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:rsidR="00E25052" w:rsidRDefault="00E25052">
            <w:pPr>
              <w:keepNext/>
            </w:pPr>
          </w:p>
        </w:tc>
      </w:tr>
      <w:tr w:rsidR="00E25052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E25052" w:rsidRDefault="00293BBA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E25052">
        <w:trPr>
          <w:cantSplit/>
          <w:trHeight w:val="510"/>
        </w:trPr>
        <w:tc>
          <w:tcPr>
            <w:tcW w:w="6424" w:type="dxa"/>
            <w:gridSpan w:val="6"/>
          </w:tcPr>
          <w:p w:rsidR="00E25052" w:rsidRDefault="00293BBA">
            <w:r>
              <w:rPr>
                <w:b/>
                <w:color w:val="0D5F78"/>
              </w:rPr>
              <w:t>În calitate de reprezentant al</w:t>
            </w:r>
          </w:p>
          <w:p w:rsidR="00E25052" w:rsidRDefault="00E25052"/>
        </w:tc>
        <w:tc>
          <w:tcPr>
            <w:tcW w:w="3212" w:type="dxa"/>
            <w:gridSpan w:val="2"/>
          </w:tcPr>
          <w:p w:rsidR="00E25052" w:rsidRDefault="00293BBA">
            <w:r>
              <w:rPr>
                <w:b/>
                <w:color w:val="0D5F78"/>
              </w:rPr>
              <w:t>CUI / CIF</w:t>
            </w:r>
          </w:p>
          <w:p w:rsidR="00E25052" w:rsidRDefault="00E25052"/>
        </w:tc>
      </w:tr>
    </w:tbl>
    <w:p w:rsidR="00E25052" w:rsidRDefault="00E25052">
      <w:pPr>
        <w:spacing w:line="168" w:lineRule="auto"/>
      </w:pPr>
    </w:p>
    <w:p w:rsidR="00E25052" w:rsidRDefault="00293BBA">
      <w:pPr>
        <w:spacing w:before="80" w:after="60"/>
        <w:jc w:val="center"/>
      </w:pPr>
      <w:r>
        <w:rPr>
          <w:sz w:val="18"/>
        </w:rPr>
        <w:t>în conformitate cu prevederile Legii nr. 169/2026 privind Codul amenajării teritoriului, urbanismului și construcțiilor,</w:t>
      </w:r>
    </w:p>
    <w:p w:rsidR="00E25052" w:rsidRDefault="00293BBA">
      <w:pPr>
        <w:spacing w:before="80" w:after="60"/>
        <w:jc w:val="center"/>
      </w:pPr>
      <w:r>
        <w:rPr>
          <w:sz w:val="18"/>
        </w:rPr>
        <w:t>solicit emiterea</w:t>
      </w:r>
    </w:p>
    <w:p w:rsidR="00E25052" w:rsidRPr="0021562A" w:rsidRDefault="00293BBA">
      <w:pPr>
        <w:spacing w:after="160"/>
        <w:jc w:val="center"/>
        <w:rPr>
          <w:lang w:val="fr-FR"/>
        </w:rPr>
      </w:pPr>
      <w:r w:rsidRPr="0021562A">
        <w:rPr>
          <w:b/>
          <w:sz w:val="20"/>
          <w:lang w:val="fr-FR"/>
        </w:rPr>
        <w:t>CERTIFICATULUI DE URBANISM DE INFORMARE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E25052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:rsidR="00E25052" w:rsidRDefault="00293BBA">
            <w:pPr>
              <w:keepNext/>
            </w:pP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E25052">
        <w:trPr>
          <w:cantSplit/>
        </w:trPr>
        <w:tc>
          <w:tcPr>
            <w:tcW w:w="9636" w:type="dxa"/>
            <w:gridSpan w:val="6"/>
          </w:tcPr>
          <w:p w:rsidR="00E25052" w:rsidRDefault="00293BBA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E25052">
        <w:trPr>
          <w:cantSplit/>
          <w:trHeight w:val="510"/>
        </w:trPr>
        <w:tc>
          <w:tcPr>
            <w:tcW w:w="3212" w:type="dxa"/>
            <w:gridSpan w:val="2"/>
          </w:tcPr>
          <w:p w:rsidR="00E25052" w:rsidRDefault="00293BBA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:rsidR="00E25052" w:rsidRDefault="00293BBA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:rsidR="00E25052" w:rsidRDefault="00293BBA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:rsidR="00E25052" w:rsidRDefault="00E25052">
            <w:pPr>
              <w:keepNext/>
            </w:pPr>
          </w:p>
        </w:tc>
      </w:tr>
      <w:tr w:rsidR="00E25052">
        <w:trPr>
          <w:cantSplit/>
          <w:trHeight w:val="510"/>
        </w:trPr>
        <w:tc>
          <w:tcPr>
            <w:tcW w:w="1606" w:type="dxa"/>
          </w:tcPr>
          <w:p w:rsidR="00E25052" w:rsidRDefault="00293BBA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E25052" w:rsidRDefault="00E25052">
            <w:pPr>
              <w:keepNext/>
            </w:pPr>
          </w:p>
        </w:tc>
        <w:tc>
          <w:tcPr>
            <w:tcW w:w="4818" w:type="dxa"/>
            <w:gridSpan w:val="3"/>
          </w:tcPr>
          <w:p w:rsidR="00E25052" w:rsidRDefault="00293BBA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E25052" w:rsidRDefault="00E25052">
            <w:pPr>
              <w:keepNext/>
            </w:pPr>
          </w:p>
        </w:tc>
        <w:tc>
          <w:tcPr>
            <w:tcW w:w="803" w:type="dxa"/>
          </w:tcPr>
          <w:p w:rsidR="00E25052" w:rsidRDefault="00293BBA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E25052" w:rsidRDefault="00E25052">
            <w:pPr>
              <w:keepNext/>
            </w:pPr>
          </w:p>
        </w:tc>
        <w:tc>
          <w:tcPr>
            <w:tcW w:w="2409" w:type="dxa"/>
          </w:tcPr>
          <w:p w:rsidR="00E25052" w:rsidRDefault="00293BBA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:rsidR="00E25052" w:rsidRDefault="00E25052">
            <w:pPr>
              <w:keepNext/>
            </w:pPr>
          </w:p>
        </w:tc>
      </w:tr>
      <w:tr w:rsidR="00E25052">
        <w:trPr>
          <w:cantSplit/>
          <w:trHeight w:val="510"/>
        </w:trPr>
        <w:tc>
          <w:tcPr>
            <w:tcW w:w="9636" w:type="dxa"/>
            <w:gridSpan w:val="6"/>
          </w:tcPr>
          <w:p w:rsidR="00E25052" w:rsidRDefault="00293BBA">
            <w:pPr>
              <w:keepNext/>
            </w:pPr>
            <w:r>
              <w:rPr>
                <w:b/>
                <w:color w:val="0D5F78"/>
              </w:rPr>
              <w:t>Suprafața terenului (m²)</w:t>
            </w:r>
          </w:p>
          <w:p w:rsidR="00E25052" w:rsidRDefault="00E25052">
            <w:pPr>
              <w:keepNext/>
            </w:pPr>
          </w:p>
        </w:tc>
      </w:tr>
      <w:tr w:rsidR="00E25052">
        <w:trPr>
          <w:cantSplit/>
          <w:trHeight w:val="510"/>
        </w:trPr>
        <w:tc>
          <w:tcPr>
            <w:tcW w:w="5621" w:type="dxa"/>
            <w:gridSpan w:val="3"/>
          </w:tcPr>
          <w:p w:rsidR="00E25052" w:rsidRPr="00F801F2" w:rsidRDefault="00293BBA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b/>
                <w:color w:val="0D5F78"/>
                <w:lang w:val="fr-FR"/>
              </w:rPr>
              <w:t>Număr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cadastral</w:t>
            </w:r>
          </w:p>
          <w:p w:rsidR="00E25052" w:rsidRPr="00F801F2" w:rsidRDefault="00293BBA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i/>
                <w:color w:val="7A7A7A"/>
                <w:lang w:val="fr-FR"/>
              </w:rPr>
              <w:t>dacă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în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e-Terra</w:t>
            </w:r>
          </w:p>
          <w:p w:rsidR="00E25052" w:rsidRPr="00F801F2" w:rsidRDefault="00E25052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:rsidR="00E25052" w:rsidRDefault="00293BBA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:rsidR="00E25052" w:rsidRDefault="00E25052">
            <w:pPr>
              <w:keepNext/>
            </w:pPr>
          </w:p>
        </w:tc>
      </w:tr>
      <w:tr w:rsidR="00E25052" w:rsidRPr="0021562A">
        <w:trPr>
          <w:cantSplit/>
        </w:trPr>
        <w:tc>
          <w:tcPr>
            <w:tcW w:w="9636" w:type="dxa"/>
            <w:gridSpan w:val="6"/>
          </w:tcPr>
          <w:p w:rsidR="00F8517F" w:rsidRPr="0021562A" w:rsidRDefault="00293BBA">
            <w:pPr>
              <w:rPr>
                <w:sz w:val="16"/>
                <w:lang w:val="fr-FR"/>
              </w:rPr>
            </w:pPr>
            <w:r w:rsidRPr="0021562A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21562A">
              <w:rPr>
                <w:sz w:val="16"/>
                <w:lang w:val="fr-FR"/>
              </w:rPr>
              <w:t>funciară</w:t>
            </w:r>
            <w:proofErr w:type="spellEnd"/>
            <w:r w:rsidRPr="0021562A">
              <w:rPr>
                <w:sz w:val="16"/>
                <w:lang w:val="fr-FR"/>
              </w:rPr>
              <w:t xml:space="preserve"> </w:t>
            </w:r>
            <w:proofErr w:type="spellStart"/>
            <w:r w:rsidRPr="0021562A">
              <w:rPr>
                <w:sz w:val="16"/>
                <w:lang w:val="fr-FR"/>
              </w:rPr>
              <w:t>actualizat</w:t>
            </w:r>
            <w:proofErr w:type="spellEnd"/>
            <w:r w:rsidRPr="0021562A">
              <w:rPr>
                <w:sz w:val="16"/>
                <w:lang w:val="fr-FR"/>
              </w:rPr>
              <w:t xml:space="preserve">, </w:t>
            </w:r>
            <w:proofErr w:type="spellStart"/>
            <w:r w:rsidRPr="0021562A">
              <w:rPr>
                <w:sz w:val="16"/>
                <w:lang w:val="fr-FR"/>
              </w:rPr>
              <w:t>anexat</w:t>
            </w:r>
            <w:proofErr w:type="spellEnd"/>
          </w:p>
          <w:p w:rsidR="00E25052" w:rsidRPr="00F8517F" w:rsidRDefault="00293BBA">
            <w:pPr>
              <w:rPr>
                <w:lang w:val="fr-FR"/>
              </w:rPr>
            </w:pPr>
            <w:r w:rsidRPr="00F8517F">
              <w:rPr>
                <w:sz w:val="16"/>
                <w:lang w:val="fr-FR"/>
              </w:rPr>
              <w:t xml:space="preserve">☐ plan de </w:t>
            </w:r>
            <w:proofErr w:type="spellStart"/>
            <w:r w:rsidRPr="00F8517F">
              <w:rPr>
                <w:sz w:val="16"/>
                <w:lang w:val="fr-FR"/>
              </w:rPr>
              <w:t>încadrare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în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zonă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în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sistem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Stereo</w:t>
            </w:r>
            <w:proofErr w:type="spellEnd"/>
            <w:r w:rsidRPr="00F8517F">
              <w:rPr>
                <w:sz w:val="16"/>
                <w:lang w:val="fr-FR"/>
              </w:rPr>
              <w:t xml:space="preserve"> 70, </w:t>
            </w:r>
            <w:proofErr w:type="spellStart"/>
            <w:r w:rsidRPr="00F8517F">
              <w:rPr>
                <w:sz w:val="16"/>
                <w:lang w:val="fr-FR"/>
              </w:rPr>
              <w:t>anexat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eliberat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, la </w:t>
            </w:r>
            <w:proofErr w:type="spellStart"/>
            <w:r w:rsidR="00F8517F" w:rsidRPr="00F8517F">
              <w:rPr>
                <w:sz w:val="16"/>
                <w:lang w:val="fr-FR"/>
              </w:rPr>
              <w:t>cerere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, de </w:t>
            </w:r>
            <w:proofErr w:type="spellStart"/>
            <w:r w:rsidR="00F8517F" w:rsidRPr="00F8517F">
              <w:rPr>
                <w:sz w:val="16"/>
                <w:lang w:val="fr-FR"/>
              </w:rPr>
              <w:t>către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Agenția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Națională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de </w:t>
            </w:r>
            <w:proofErr w:type="spellStart"/>
            <w:r w:rsidR="00F8517F" w:rsidRPr="00F8517F">
              <w:rPr>
                <w:sz w:val="16"/>
                <w:lang w:val="fr-FR"/>
              </w:rPr>
              <w:t>Cadastru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și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Publicitate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Imobiliară</w:t>
            </w:r>
            <w:proofErr w:type="spellEnd"/>
          </w:p>
        </w:tc>
      </w:tr>
    </w:tbl>
    <w:p w:rsidR="00E25052" w:rsidRPr="00F8517F" w:rsidRDefault="00E2505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>
        <w:trPr>
          <w:cantSplit/>
        </w:trPr>
        <w:tc>
          <w:tcPr>
            <w:tcW w:w="9636" w:type="dxa"/>
            <w:shd w:val="clear" w:color="auto" w:fill="F4F4F4"/>
          </w:tcPr>
          <w:p w:rsidR="00E25052" w:rsidRDefault="00293BBA">
            <w:pPr>
              <w:keepNext/>
            </w:pP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E25052" w:rsidRPr="0021562A">
        <w:trPr>
          <w:cantSplit/>
        </w:trPr>
        <w:tc>
          <w:tcPr>
            <w:tcW w:w="9636" w:type="dxa"/>
          </w:tcPr>
          <w:p w:rsidR="00E25052" w:rsidRPr="00F801F2" w:rsidRDefault="00293BBA">
            <w:pPr>
              <w:rPr>
                <w:lang w:val="fr-FR"/>
              </w:rPr>
            </w:pPr>
            <w:r w:rsidRPr="00F801F2">
              <w:rPr>
                <w:sz w:val="16"/>
                <w:lang w:val="fr-FR"/>
              </w:rPr>
              <w:t xml:space="preserve"> ☐ </w:t>
            </w:r>
            <w:proofErr w:type="spellStart"/>
            <w:r w:rsidRPr="00F801F2">
              <w:rPr>
                <w:sz w:val="16"/>
                <w:lang w:val="fr-FR"/>
              </w:rPr>
              <w:t>în</w:t>
            </w:r>
            <w:proofErr w:type="spellEnd"/>
            <w:r w:rsidRPr="00F801F2">
              <w:rPr>
                <w:sz w:val="16"/>
                <w:lang w:val="fr-FR"/>
              </w:rPr>
              <w:t xml:space="preserve"> format </w:t>
            </w:r>
            <w:proofErr w:type="spellStart"/>
            <w:r w:rsidRPr="00F801F2">
              <w:rPr>
                <w:sz w:val="16"/>
                <w:lang w:val="fr-FR"/>
              </w:rPr>
              <w:t>scris</w:t>
            </w:r>
            <w:proofErr w:type="spellEnd"/>
            <w:r w:rsidRPr="00F801F2">
              <w:rPr>
                <w:sz w:val="16"/>
                <w:lang w:val="fr-FR"/>
              </w:rPr>
              <w:t xml:space="preserve">, </w:t>
            </w:r>
            <w:proofErr w:type="spellStart"/>
            <w:r w:rsidRPr="00F801F2">
              <w:rPr>
                <w:sz w:val="16"/>
                <w:lang w:val="fr-FR"/>
              </w:rPr>
              <w:t>prin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poștă</w:t>
            </w:r>
            <w:proofErr w:type="spellEnd"/>
            <w:r w:rsidRPr="00F801F2">
              <w:rPr>
                <w:sz w:val="16"/>
                <w:lang w:val="fr-FR"/>
              </w:rPr>
              <w:t xml:space="preserve">     ☐ </w:t>
            </w:r>
            <w:proofErr w:type="spellStart"/>
            <w:r w:rsidRPr="00F801F2">
              <w:rPr>
                <w:sz w:val="16"/>
                <w:lang w:val="fr-FR"/>
              </w:rPr>
              <w:t>în</w:t>
            </w:r>
            <w:proofErr w:type="spellEnd"/>
            <w:r w:rsidRPr="00F801F2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F801F2">
              <w:rPr>
                <w:sz w:val="16"/>
                <w:lang w:val="fr-FR"/>
              </w:rPr>
              <w:t>adresa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gramStart"/>
            <w:r w:rsidRPr="00F801F2">
              <w:rPr>
                <w:sz w:val="16"/>
                <w:lang w:val="fr-FR"/>
              </w:rPr>
              <w:t>de e-mail</w:t>
            </w:r>
            <w:proofErr w:type="gram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indicată</w:t>
            </w:r>
            <w:proofErr w:type="spellEnd"/>
            <w:r w:rsidRPr="00F801F2">
              <w:rPr>
                <w:sz w:val="16"/>
                <w:lang w:val="fr-FR"/>
              </w:rPr>
              <w:t xml:space="preserve"> ☐ </w:t>
            </w:r>
            <w:proofErr w:type="spellStart"/>
            <w:r w:rsidRPr="00F801F2">
              <w:rPr>
                <w:sz w:val="16"/>
                <w:lang w:val="fr-FR"/>
              </w:rPr>
              <w:t>ridicare</w:t>
            </w:r>
            <w:proofErr w:type="spellEnd"/>
            <w:r w:rsidRPr="00F801F2">
              <w:rPr>
                <w:sz w:val="16"/>
                <w:lang w:val="fr-FR"/>
              </w:rPr>
              <w:t xml:space="preserve"> de la </w:t>
            </w:r>
            <w:proofErr w:type="spellStart"/>
            <w:r w:rsidRPr="00F801F2">
              <w:rPr>
                <w:sz w:val="16"/>
                <w:lang w:val="fr-FR"/>
              </w:rPr>
              <w:t>sediul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E25052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E25052" w:rsidRDefault="00293BBA">
            <w:pPr>
              <w:keepNext/>
            </w:pP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E25052">
        <w:trPr>
          <w:cantSplit/>
          <w:trHeight w:val="510"/>
        </w:trPr>
        <w:tc>
          <w:tcPr>
            <w:tcW w:w="1606" w:type="dxa"/>
          </w:tcPr>
          <w:p w:rsidR="00E25052" w:rsidRDefault="00293BBA">
            <w:r>
              <w:rPr>
                <w:b/>
                <w:color w:val="0D5F78"/>
              </w:rPr>
              <w:t>Data</w:t>
            </w:r>
          </w:p>
          <w:p w:rsidR="00E25052" w:rsidRDefault="00E25052"/>
        </w:tc>
        <w:tc>
          <w:tcPr>
            <w:tcW w:w="4818" w:type="dxa"/>
          </w:tcPr>
          <w:p w:rsidR="00E25052" w:rsidRDefault="00293BBA">
            <w:r>
              <w:rPr>
                <w:b/>
                <w:color w:val="0D5F78"/>
              </w:rPr>
              <w:t>Solicitantul</w:t>
            </w:r>
          </w:p>
          <w:p w:rsidR="00E25052" w:rsidRDefault="00E25052"/>
        </w:tc>
        <w:tc>
          <w:tcPr>
            <w:tcW w:w="3212" w:type="dxa"/>
          </w:tcPr>
          <w:p w:rsidR="00E25052" w:rsidRDefault="00293BBA">
            <w:r>
              <w:rPr>
                <w:b/>
                <w:color w:val="0D5F78"/>
              </w:rPr>
              <w:t>Semnătura</w:t>
            </w:r>
          </w:p>
          <w:p w:rsidR="00E25052" w:rsidRDefault="00E25052"/>
        </w:tc>
      </w:tr>
    </w:tbl>
    <w:p w:rsidR="00E25052" w:rsidRDefault="00E25052">
      <w:pPr>
        <w:spacing w:line="168" w:lineRule="auto"/>
      </w:pPr>
    </w:p>
    <w:p w:rsidR="00F8517F" w:rsidRPr="00F8517F" w:rsidRDefault="00F8517F" w:rsidP="00F8517F"/>
    <w:p w:rsidR="00F8517F" w:rsidRDefault="00F8517F" w:rsidP="00F8517F"/>
    <w:p w:rsidR="00F8517F" w:rsidRPr="00F8517F" w:rsidRDefault="00F8517F" w:rsidP="00F8517F">
      <w:pPr>
        <w:tabs>
          <w:tab w:val="left" w:pos="3005"/>
        </w:tabs>
      </w:pPr>
      <w:r>
        <w:tab/>
      </w:r>
    </w:p>
    <w:sectPr w:rsidR="00F8517F" w:rsidRPr="00F8517F" w:rsidSect="00034616">
      <w:headerReference w:type="default" r:id="rId11"/>
      <w:footerReference w:type="default" r:id="rId12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1954" w:rsidRDefault="00861954">
      <w:r>
        <w:separator/>
      </w:r>
    </w:p>
  </w:endnote>
  <w:endnote w:type="continuationSeparator" w:id="0">
    <w:p w:rsidR="00861954" w:rsidRDefault="00861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5052" w:rsidRDefault="00F801F2">
    <w:pPr>
      <w:pStyle w:val="Subsol"/>
      <w:tabs>
        <w:tab w:val="right" w:pos="9639"/>
      </w:tabs>
    </w:pPr>
    <w:r>
      <w:rPr>
        <w:color w:val="595959"/>
      </w:rPr>
      <w:t xml:space="preserve">F_CU_01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  <w:t>pagina</w:t>
    </w:r>
    <w:r w:rsidR="00F315E9"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F315E9">
      <w:rPr>
        <w:color w:val="595959"/>
      </w:rPr>
      <w:fldChar w:fldCharType="separate"/>
    </w:r>
    <w:r w:rsidR="005B0595">
      <w:rPr>
        <w:noProof/>
        <w:color w:val="595959"/>
      </w:rPr>
      <w:t>1</w:t>
    </w:r>
    <w:r w:rsidR="00F315E9">
      <w:rPr>
        <w:color w:val="595959"/>
      </w:rPr>
      <w:fldChar w:fldCharType="end"/>
    </w:r>
    <w:r>
      <w:rPr>
        <w:color w:val="595959"/>
      </w:rPr>
      <w:t xml:space="preserve"> din </w:t>
    </w:r>
    <w:r w:rsidR="00F315E9"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F315E9">
      <w:rPr>
        <w:color w:val="595959"/>
      </w:rPr>
      <w:fldChar w:fldCharType="separate"/>
    </w:r>
    <w:r w:rsidR="005B0595">
      <w:rPr>
        <w:noProof/>
        <w:color w:val="595959"/>
      </w:rPr>
      <w:t>1</w:t>
    </w:r>
    <w:r w:rsidR="00F315E9"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1954" w:rsidRDefault="00861954">
      <w:r>
        <w:separator/>
      </w:r>
    </w:p>
  </w:footnote>
  <w:footnote w:type="continuationSeparator" w:id="0">
    <w:p w:rsidR="00861954" w:rsidRDefault="008619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517F" w:rsidRPr="00F8517F" w:rsidRDefault="00F8517F" w:rsidP="00F8517F">
    <w:pPr>
      <w:pStyle w:val="Antet"/>
      <w:rPr>
        <w:b/>
        <w:bCs/>
        <w:i/>
        <w:iCs/>
        <w:color w:val="595959"/>
        <w:sz w:val="24"/>
        <w:szCs w:val="24"/>
        <w:u w:val="single"/>
      </w:rPr>
    </w:pPr>
    <w:proofErr w:type="spellStart"/>
    <w:r w:rsidRPr="00F8517F">
      <w:rPr>
        <w:b/>
        <w:bCs/>
        <w:i/>
        <w:iCs/>
        <w:color w:val="595959"/>
        <w:sz w:val="24"/>
        <w:szCs w:val="24"/>
        <w:u w:val="single"/>
      </w:rPr>
      <w:t>Anexa</w:t>
    </w:r>
    <w:proofErr w:type="spellEnd"/>
    <w:r w:rsidRPr="00F8517F">
      <w:rPr>
        <w:b/>
        <w:bCs/>
        <w:i/>
        <w:iCs/>
        <w:color w:val="595959"/>
        <w:sz w:val="24"/>
        <w:szCs w:val="24"/>
        <w:u w:val="single"/>
      </w:rPr>
      <w:t xml:space="preserve"> nr.1  </w:t>
    </w:r>
  </w:p>
  <w:p w:rsidR="00F8517F" w:rsidRPr="00F8517F" w:rsidRDefault="00F8517F" w:rsidP="00F8517F">
    <w:pPr>
      <w:pStyle w:val="Antet"/>
      <w:rPr>
        <w:b/>
        <w:bCs/>
        <w:color w:val="595959"/>
      </w:rPr>
    </w:pPr>
    <w:r>
      <w:rPr>
        <w:color w:val="595959"/>
      </w:rPr>
      <w:t xml:space="preserve">F_CU_01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7730"/>
    <w:rsid w:val="00034616"/>
    <w:rsid w:val="0006063C"/>
    <w:rsid w:val="000C09BF"/>
    <w:rsid w:val="000F55B4"/>
    <w:rsid w:val="0015074B"/>
    <w:rsid w:val="001C42DC"/>
    <w:rsid w:val="00202EA0"/>
    <w:rsid w:val="0021562A"/>
    <w:rsid w:val="00293BBA"/>
    <w:rsid w:val="0029639D"/>
    <w:rsid w:val="00326F90"/>
    <w:rsid w:val="00336409"/>
    <w:rsid w:val="004E3147"/>
    <w:rsid w:val="005071D7"/>
    <w:rsid w:val="005B0595"/>
    <w:rsid w:val="006C103E"/>
    <w:rsid w:val="00763A7C"/>
    <w:rsid w:val="00861954"/>
    <w:rsid w:val="009B5021"/>
    <w:rsid w:val="00A82FEF"/>
    <w:rsid w:val="00AA1D8D"/>
    <w:rsid w:val="00B16250"/>
    <w:rsid w:val="00B47730"/>
    <w:rsid w:val="00CB0664"/>
    <w:rsid w:val="00E25052"/>
    <w:rsid w:val="00E61A6B"/>
    <w:rsid w:val="00F315E9"/>
    <w:rsid w:val="00F423E8"/>
    <w:rsid w:val="00F801F2"/>
    <w:rsid w:val="00F8517F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F42BC96-D05E-4DA8-BD2E-7CE2B9C3C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nBalon">
    <w:name w:val="Balloon Text"/>
    <w:basedOn w:val="Normal"/>
    <w:link w:val="TextnBalonCaracter"/>
    <w:uiPriority w:val="99"/>
    <w:semiHidden/>
    <w:unhideWhenUsed/>
    <w:rsid w:val="00202EA0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02EA0"/>
    <w:rPr>
      <w:rFonts w:ascii="Tahoma" w:hAnsi="Tahoma" w:cs="Tahoma"/>
      <w:sz w:val="16"/>
      <w:szCs w:val="16"/>
    </w:rPr>
  </w:style>
  <w:style w:type="character" w:styleId="Hyperlink">
    <w:name w:val="Hyperlink"/>
    <w:rsid w:val="004E3147"/>
    <w:rPr>
      <w:b/>
      <w:bCs/>
      <w:strike w:val="0"/>
      <w:dstrike w:val="0"/>
      <w:color w:val="FF660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71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manoleasa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maria_manoleasa@yahoo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19968FF-BE66-4FA6-9D83-CF7CC8C21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1534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agricol</dc:creator>
  <cp:lastModifiedBy>Laptop</cp:lastModifiedBy>
  <cp:revision>13</cp:revision>
  <dcterms:created xsi:type="dcterms:W3CDTF">2026-10-15T12:34:00Z</dcterms:created>
  <dcterms:modified xsi:type="dcterms:W3CDTF">2026-10-27T08:44:00Z</dcterms:modified>
</cp:coreProperties>
</file>