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6634B" w:rsidRPr="0086634B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6634B" w:rsidRPr="0086634B" w:rsidRDefault="0086634B" w:rsidP="0086634B">
            <w:pPr>
              <w:keepNext/>
              <w:jc w:val="center"/>
              <w:rPr>
                <w:i/>
                <w:color w:val="595959"/>
              </w:rPr>
            </w:pPr>
            <w:r w:rsidRPr="0086634B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23C59973" wp14:editId="6E9CA631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34B" w:rsidRPr="0086634B" w:rsidRDefault="0086634B" w:rsidP="0086634B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86634B" w:rsidRPr="0086634B" w:rsidRDefault="0086634B" w:rsidP="0086634B">
            <w:pPr>
              <w:keepNext/>
            </w:pPr>
            <w:proofErr w:type="spellStart"/>
            <w:r w:rsidRPr="0086634B">
              <w:rPr>
                <w:b/>
              </w:rPr>
              <w:t>Județul</w:t>
            </w:r>
            <w:proofErr w:type="spellEnd"/>
            <w:r w:rsidRPr="0086634B">
              <w:rPr>
                <w:b/>
              </w:rPr>
              <w:t xml:space="preserve">   </w:t>
            </w:r>
            <w:proofErr w:type="spellStart"/>
            <w:r w:rsidRPr="0086634B">
              <w:rPr>
                <w:b/>
              </w:rPr>
              <w:t>Botoșani</w:t>
            </w:r>
            <w:proofErr w:type="spellEnd"/>
          </w:p>
          <w:p w:rsidR="0086634B" w:rsidRPr="0086634B" w:rsidRDefault="0086634B" w:rsidP="0086634B">
            <w:pPr>
              <w:keepNext/>
            </w:pPr>
          </w:p>
        </w:tc>
      </w:tr>
      <w:tr w:rsidR="0086634B" w:rsidRPr="0086634B" w:rsidTr="006E2A37">
        <w:trPr>
          <w:cantSplit/>
          <w:trHeight w:val="510"/>
        </w:trPr>
        <w:tc>
          <w:tcPr>
            <w:tcW w:w="1606" w:type="dxa"/>
            <w:vMerge/>
          </w:tcPr>
          <w:p w:rsidR="0086634B" w:rsidRPr="0086634B" w:rsidRDefault="0086634B" w:rsidP="0086634B"/>
        </w:tc>
        <w:tc>
          <w:tcPr>
            <w:tcW w:w="8030" w:type="dxa"/>
            <w:gridSpan w:val="3"/>
            <w:shd w:val="clear" w:color="auto" w:fill="F0F0F0"/>
          </w:tcPr>
          <w:p w:rsidR="0086634B" w:rsidRPr="0086634B" w:rsidRDefault="0086634B" w:rsidP="0086634B">
            <w:pPr>
              <w:keepNext/>
            </w:pPr>
            <w:proofErr w:type="spellStart"/>
            <w:r w:rsidRPr="0086634B">
              <w:rPr>
                <w:b/>
              </w:rPr>
              <w:t>Primăria</w:t>
            </w:r>
            <w:proofErr w:type="spellEnd"/>
            <w:r w:rsidRPr="0086634B">
              <w:rPr>
                <w:b/>
              </w:rPr>
              <w:t xml:space="preserve"> </w:t>
            </w:r>
            <w:proofErr w:type="spellStart"/>
            <w:r w:rsidRPr="0086634B">
              <w:rPr>
                <w:b/>
              </w:rPr>
              <w:t>Manoleasa</w:t>
            </w:r>
            <w:proofErr w:type="spellEnd"/>
          </w:p>
          <w:p w:rsidR="0086634B" w:rsidRPr="0086634B" w:rsidRDefault="0086634B" w:rsidP="0086634B">
            <w:pPr>
              <w:keepNext/>
            </w:pPr>
          </w:p>
        </w:tc>
      </w:tr>
      <w:tr w:rsidR="0086634B" w:rsidRPr="0086634B" w:rsidTr="006E2A37">
        <w:trPr>
          <w:cantSplit/>
          <w:trHeight w:val="510"/>
        </w:trPr>
        <w:tc>
          <w:tcPr>
            <w:tcW w:w="1606" w:type="dxa"/>
            <w:vMerge/>
          </w:tcPr>
          <w:p w:rsidR="0086634B" w:rsidRPr="0086634B" w:rsidRDefault="0086634B" w:rsidP="0086634B"/>
        </w:tc>
        <w:tc>
          <w:tcPr>
            <w:tcW w:w="2409" w:type="dxa"/>
            <w:shd w:val="clear" w:color="auto" w:fill="F0F0F0"/>
          </w:tcPr>
          <w:p w:rsidR="0086634B" w:rsidRPr="0086634B" w:rsidRDefault="0086634B" w:rsidP="0086634B">
            <w:pPr>
              <w:keepNext/>
              <w:rPr>
                <w:lang w:val="fr-FR"/>
              </w:rPr>
            </w:pPr>
            <w:r w:rsidRPr="0086634B">
              <w:rPr>
                <w:b/>
                <w:lang w:val="fr-FR"/>
              </w:rPr>
              <w:t xml:space="preserve">Cod </w:t>
            </w:r>
            <w:proofErr w:type="gramStart"/>
            <w:r w:rsidRPr="0086634B">
              <w:rPr>
                <w:b/>
                <w:lang w:val="fr-FR"/>
              </w:rPr>
              <w:t xml:space="preserve">de </w:t>
            </w:r>
            <w:proofErr w:type="spellStart"/>
            <w:r w:rsidRPr="0086634B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86634B">
              <w:rPr>
                <w:b/>
                <w:lang w:val="fr-FR"/>
              </w:rPr>
              <w:t xml:space="preserve"> </w:t>
            </w:r>
            <w:proofErr w:type="spellStart"/>
            <w:r w:rsidRPr="0086634B">
              <w:rPr>
                <w:b/>
                <w:lang w:val="fr-FR"/>
              </w:rPr>
              <w:t>fiscală</w:t>
            </w:r>
            <w:proofErr w:type="spellEnd"/>
            <w:r w:rsidRPr="0086634B">
              <w:rPr>
                <w:b/>
                <w:lang w:val="fr-FR"/>
              </w:rPr>
              <w:t xml:space="preserve"> (CIF)</w:t>
            </w:r>
          </w:p>
          <w:p w:rsidR="0086634B" w:rsidRPr="0086634B" w:rsidRDefault="0086634B" w:rsidP="0086634B">
            <w:pPr>
              <w:keepNext/>
              <w:rPr>
                <w:lang w:val="fr-FR"/>
              </w:rPr>
            </w:pPr>
            <w:r w:rsidRPr="0086634B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86634B" w:rsidRPr="0086634B" w:rsidRDefault="0086634B" w:rsidP="0086634B">
            <w:pPr>
              <w:keepNext/>
              <w:rPr>
                <w:b/>
                <w:lang w:val="pt-PT"/>
              </w:rPr>
            </w:pPr>
            <w:r w:rsidRPr="0086634B">
              <w:rPr>
                <w:b/>
                <w:lang w:val="pt-PT"/>
              </w:rPr>
              <w:t>Adresa: Strada Principal</w:t>
            </w:r>
            <w:r w:rsidRPr="0086634B">
              <w:rPr>
                <w:b/>
                <w:lang w:val="ro-RO"/>
              </w:rPr>
              <w:t>ă</w:t>
            </w:r>
            <w:r w:rsidRPr="0086634B">
              <w:rPr>
                <w:b/>
                <w:lang w:val="pt-PT"/>
              </w:rPr>
              <w:t>, Nr. 37, Cod poștal 717230</w:t>
            </w:r>
          </w:p>
          <w:p w:rsidR="0086634B" w:rsidRPr="0086634B" w:rsidRDefault="0086634B" w:rsidP="0086634B">
            <w:pPr>
              <w:keepNext/>
              <w:rPr>
                <w:b/>
                <w:lang w:val="it-IT"/>
              </w:rPr>
            </w:pPr>
            <w:r w:rsidRPr="0086634B">
              <w:rPr>
                <w:b/>
                <w:lang w:val="it-IT"/>
              </w:rPr>
              <w:t xml:space="preserve">Telefon: </w:t>
            </w:r>
            <w:r w:rsidRPr="0086634B">
              <w:rPr>
                <w:rFonts w:cs="Times New Roman"/>
                <w:b/>
                <w:lang w:eastAsia="ro-RO"/>
              </w:rPr>
              <w:t xml:space="preserve">0231-560101 / </w:t>
            </w:r>
            <w:r w:rsidRPr="0086634B">
              <w:rPr>
                <w:b/>
                <w:lang w:val="it-IT"/>
              </w:rPr>
              <w:t xml:space="preserve"> </w:t>
            </w:r>
            <w:r w:rsidRPr="0086634B">
              <w:rPr>
                <w:rFonts w:cs="Times New Roman"/>
                <w:b/>
                <w:lang w:eastAsia="ro-RO"/>
              </w:rPr>
              <w:t>0231-560222</w:t>
            </w:r>
          </w:p>
          <w:p w:rsidR="0086634B" w:rsidRPr="0086634B" w:rsidRDefault="0086634B" w:rsidP="0086634B">
            <w:pPr>
              <w:keepNext/>
              <w:rPr>
                <w:b/>
                <w:lang w:val="it-IT"/>
              </w:rPr>
            </w:pPr>
            <w:r w:rsidRPr="0086634B">
              <w:rPr>
                <w:b/>
                <w:lang w:val="it-IT"/>
              </w:rPr>
              <w:t xml:space="preserve">E-mail: </w:t>
            </w:r>
            <w:r w:rsidRPr="0086634B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86634B">
                <w:rPr>
                  <w:rFonts w:cs="Times New Roman"/>
                  <w:b/>
                </w:rPr>
                <w:t>primaria_manoleasa@yahoo.com</w:t>
              </w:r>
            </w:hyperlink>
          </w:p>
          <w:p w:rsidR="0086634B" w:rsidRPr="0086634B" w:rsidRDefault="0086634B" w:rsidP="0086634B">
            <w:pPr>
              <w:keepNext/>
              <w:rPr>
                <w:b/>
              </w:rPr>
            </w:pPr>
            <w:r w:rsidRPr="0086634B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86634B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86634B" w:rsidRPr="0086634B" w:rsidTr="006E2A37">
        <w:trPr>
          <w:cantSplit/>
          <w:trHeight w:val="510"/>
        </w:trPr>
        <w:tc>
          <w:tcPr>
            <w:tcW w:w="1606" w:type="dxa"/>
            <w:vMerge/>
          </w:tcPr>
          <w:p w:rsidR="0086634B" w:rsidRPr="0086634B" w:rsidRDefault="0086634B" w:rsidP="0086634B"/>
        </w:tc>
        <w:tc>
          <w:tcPr>
            <w:tcW w:w="4818" w:type="dxa"/>
            <w:gridSpan w:val="2"/>
            <w:shd w:val="clear" w:color="auto" w:fill="F0F0F0"/>
          </w:tcPr>
          <w:p w:rsidR="0086634B" w:rsidRPr="0086634B" w:rsidRDefault="0086634B" w:rsidP="0086634B">
            <w:pPr>
              <w:keepNext/>
            </w:pPr>
            <w:proofErr w:type="spellStart"/>
            <w:r w:rsidRPr="0086634B">
              <w:rPr>
                <w:b/>
              </w:rPr>
              <w:t>Număr</w:t>
            </w:r>
            <w:proofErr w:type="spellEnd"/>
            <w:r w:rsidRPr="0086634B">
              <w:rPr>
                <w:b/>
              </w:rPr>
              <w:t xml:space="preserve"> de </w:t>
            </w:r>
            <w:proofErr w:type="spellStart"/>
            <w:r w:rsidRPr="0086634B">
              <w:rPr>
                <w:b/>
              </w:rPr>
              <w:t>înregistrare</w:t>
            </w:r>
            <w:proofErr w:type="spellEnd"/>
          </w:p>
          <w:p w:rsidR="0086634B" w:rsidRPr="0086634B" w:rsidRDefault="0086634B" w:rsidP="0086634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86634B" w:rsidRPr="0086634B" w:rsidRDefault="0086634B" w:rsidP="0086634B">
            <w:pPr>
              <w:keepNext/>
            </w:pPr>
            <w:r w:rsidRPr="0086634B">
              <w:rPr>
                <w:b/>
              </w:rPr>
              <w:t>Data</w:t>
            </w:r>
          </w:p>
          <w:p w:rsidR="0086634B" w:rsidRPr="0086634B" w:rsidRDefault="0086634B" w:rsidP="0086634B">
            <w:pPr>
              <w:keepNext/>
            </w:pPr>
          </w:p>
        </w:tc>
      </w:tr>
    </w:tbl>
    <w:p w:rsidR="001E1635" w:rsidRPr="00A37FAC" w:rsidRDefault="00D401E7" w:rsidP="006257CA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401E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>
        <w:trPr>
          <w:cantSplit/>
          <w:trHeight w:val="510"/>
        </w:trPr>
        <w:tc>
          <w:tcPr>
            <w:tcW w:w="9636" w:type="dxa"/>
          </w:tcPr>
          <w:p w:rsidR="001E1635" w:rsidRPr="006257CA" w:rsidRDefault="00D401E7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1E1635" w:rsidRPr="006257CA" w:rsidRDefault="00D401E7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>
        <w:trPr>
          <w:cantSplit/>
        </w:trPr>
        <w:tc>
          <w:tcPr>
            <w:tcW w:w="9636" w:type="dxa"/>
            <w:shd w:val="clear" w:color="auto" w:fill="F4F4F4"/>
          </w:tcPr>
          <w:p w:rsidR="001E1635" w:rsidRPr="006257CA" w:rsidRDefault="00D401E7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01E7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5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01E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01E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01E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>
        <w:trPr>
          <w:cantSplit/>
          <w:trHeight w:val="510"/>
        </w:trPr>
        <w:tc>
          <w:tcPr>
            <w:tcW w:w="4015" w:type="dxa"/>
            <w:gridSpan w:val="3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01E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>
        <w:trPr>
          <w:cantSplit/>
          <w:trHeight w:val="510"/>
        </w:trPr>
        <w:tc>
          <w:tcPr>
            <w:tcW w:w="6424" w:type="dxa"/>
            <w:gridSpan w:val="6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1E1635" w:rsidRDefault="001E1635">
            <w:pPr>
              <w:keepNext/>
            </w:pPr>
          </w:p>
        </w:tc>
      </w:tr>
      <w:tr w:rsidR="001E1635" w:rsidRPr="00A37FAC">
        <w:trPr>
          <w:cantSplit/>
        </w:trPr>
        <w:tc>
          <w:tcPr>
            <w:tcW w:w="9636" w:type="dxa"/>
            <w:gridSpan w:val="8"/>
          </w:tcPr>
          <w:p w:rsidR="001E1635" w:rsidRPr="006257CA" w:rsidRDefault="00D401E7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6257CA" w:rsidRDefault="00D401E7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:rsidR="001E1635" w:rsidRPr="006257CA" w:rsidRDefault="00D401E7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:rsidR="001E1635" w:rsidRPr="006257CA" w:rsidRDefault="00D401E7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:rsidR="001E1635" w:rsidRDefault="00D401E7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:rsidTr="006257CA">
        <w:tc>
          <w:tcPr>
            <w:tcW w:w="9636" w:type="dxa"/>
          </w:tcPr>
          <w:p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rFonts w:cs="Times New Roman"/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E1635" w:rsidRDefault="006257CA">
            <w:pPr>
              <w:keepNext/>
            </w:pPr>
            <w:r>
              <w:rPr>
                <w:b/>
                <w:sz w:val="16"/>
              </w:rPr>
              <w:t>4</w:t>
            </w:r>
            <w:r w:rsidR="00D401E7">
              <w:rPr>
                <w:b/>
                <w:sz w:val="16"/>
              </w:rPr>
              <w:t xml:space="preserve">. </w:t>
            </w:r>
            <w:r w:rsidR="00D401E7">
              <w:rPr>
                <w:b/>
                <w:color w:val="000000"/>
                <w:sz w:val="18"/>
              </w:rPr>
              <w:t>IMOBILUL</w:t>
            </w:r>
          </w:p>
        </w:tc>
      </w:tr>
      <w:tr w:rsidR="001E1635">
        <w:trPr>
          <w:cantSplit/>
        </w:trPr>
        <w:tc>
          <w:tcPr>
            <w:tcW w:w="9636" w:type="dxa"/>
            <w:gridSpan w:val="6"/>
          </w:tcPr>
          <w:p w:rsidR="001E1635" w:rsidRDefault="00D401E7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2409" w:type="dxa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3"/>
          </w:tcPr>
          <w:p w:rsidR="001E1635" w:rsidRPr="006257CA" w:rsidRDefault="00D401E7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:rsidR="001E1635" w:rsidRPr="006257CA" w:rsidRDefault="00D401E7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1E1635" w:rsidRDefault="00D401E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1E1635" w:rsidRDefault="001E1635">
            <w:pPr>
              <w:keepNext/>
            </w:pPr>
          </w:p>
        </w:tc>
      </w:tr>
    </w:tbl>
    <w:p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401E7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6257CA" w:rsidRDefault="00D401E7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 w:rsidRPr="006257CA">
              <w:rPr>
                <w:sz w:val="16"/>
                <w:lang w:val="fr-FR"/>
              </w:rPr>
              <w:t xml:space="preserve"> 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401E7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1E1635" w:rsidRPr="006257CA" w:rsidRDefault="00D401E7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E1635" w:rsidRDefault="00D401E7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401E7">
            <w:r>
              <w:rPr>
                <w:b/>
                <w:color w:val="0D5F78"/>
              </w:rPr>
              <w:t>Data</w:t>
            </w:r>
          </w:p>
          <w:p w:rsidR="001E1635" w:rsidRDefault="001E1635"/>
        </w:tc>
        <w:tc>
          <w:tcPr>
            <w:tcW w:w="4818" w:type="dxa"/>
          </w:tcPr>
          <w:p w:rsidR="001E1635" w:rsidRDefault="00D401E7">
            <w:r>
              <w:rPr>
                <w:b/>
                <w:color w:val="0D5F78"/>
              </w:rPr>
              <w:t>Solicitantul</w:t>
            </w:r>
          </w:p>
          <w:p w:rsidR="001E1635" w:rsidRDefault="001E1635"/>
        </w:tc>
        <w:tc>
          <w:tcPr>
            <w:tcW w:w="3212" w:type="dxa"/>
          </w:tcPr>
          <w:p w:rsidR="001E1635" w:rsidRDefault="00D401E7">
            <w:r>
              <w:rPr>
                <w:b/>
                <w:color w:val="0D5F78"/>
              </w:rPr>
              <w:t>Semnătura</w:t>
            </w:r>
          </w:p>
          <w:p w:rsidR="001E1635" w:rsidRDefault="001E1635"/>
        </w:tc>
      </w:tr>
    </w:tbl>
    <w:p w:rsidR="001E1635" w:rsidRDefault="001E1635">
      <w:pPr>
        <w:spacing w:line="168" w:lineRule="auto"/>
      </w:pPr>
    </w:p>
    <w:sectPr w:rsidR="001E163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82F" w:rsidRDefault="009D782F">
      <w:r>
        <w:separator/>
      </w:r>
    </w:p>
  </w:endnote>
  <w:endnote w:type="continuationSeparator" w:id="0">
    <w:p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35" w:rsidRDefault="00D401E7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8B6488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8B6488">
      <w:rPr>
        <w:color w:val="595959"/>
      </w:rPr>
      <w:fldChar w:fldCharType="separate"/>
    </w:r>
    <w:r w:rsidR="00D078AD">
      <w:rPr>
        <w:noProof/>
        <w:color w:val="595959"/>
      </w:rPr>
      <w:t>1</w:t>
    </w:r>
    <w:r w:rsidR="008B6488">
      <w:rPr>
        <w:color w:val="595959"/>
      </w:rPr>
      <w:fldChar w:fldCharType="end"/>
    </w:r>
    <w:r>
      <w:rPr>
        <w:color w:val="595959"/>
      </w:rPr>
      <w:t xml:space="preserve"> din </w:t>
    </w:r>
    <w:r w:rsidR="008B6488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8B6488">
      <w:rPr>
        <w:color w:val="595959"/>
      </w:rPr>
      <w:fldChar w:fldCharType="separate"/>
    </w:r>
    <w:r w:rsidR="00D078AD">
      <w:rPr>
        <w:noProof/>
        <w:color w:val="595959"/>
      </w:rPr>
      <w:t>1</w:t>
    </w:r>
    <w:r w:rsidR="008B6488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82F" w:rsidRDefault="009D782F">
      <w:r>
        <w:separator/>
      </w:r>
    </w:p>
  </w:footnote>
  <w:footnote w:type="continuationSeparator" w:id="0">
    <w:p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66EDF"/>
    <w:rsid w:val="001D4BAF"/>
    <w:rsid w:val="001E1635"/>
    <w:rsid w:val="0029639D"/>
    <w:rsid w:val="00326F90"/>
    <w:rsid w:val="006257CA"/>
    <w:rsid w:val="006A0877"/>
    <w:rsid w:val="006C103E"/>
    <w:rsid w:val="0086634B"/>
    <w:rsid w:val="008B6488"/>
    <w:rsid w:val="009D6D55"/>
    <w:rsid w:val="009D782F"/>
    <w:rsid w:val="00A37FAC"/>
    <w:rsid w:val="00AA1D8D"/>
    <w:rsid w:val="00AC5F99"/>
    <w:rsid w:val="00B47730"/>
    <w:rsid w:val="00CB0664"/>
    <w:rsid w:val="00D078AD"/>
    <w:rsid w:val="00D401E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D3AD95-B9B2-429A-875B-7DC7C09E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D401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401E7"/>
    <w:rPr>
      <w:rFonts w:ascii="Tahoma" w:hAnsi="Tahoma" w:cs="Tahoma"/>
      <w:sz w:val="16"/>
      <w:szCs w:val="16"/>
    </w:rPr>
  </w:style>
  <w:style w:type="character" w:styleId="Hyperlink">
    <w:name w:val="Hyperlink"/>
    <w:rsid w:val="006A0877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CABC3F-D737-4205-8DFA-21B069C23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13</cp:revision>
  <dcterms:created xsi:type="dcterms:W3CDTF">2026-10-15T12:35:00Z</dcterms:created>
  <dcterms:modified xsi:type="dcterms:W3CDTF">2026-10-27T08:45:00Z</dcterms:modified>
</cp:coreProperties>
</file>