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51B78" w:rsidRPr="00151B78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151B78" w:rsidRPr="00151B78" w:rsidRDefault="00151B78" w:rsidP="00151B78">
            <w:pPr>
              <w:keepNext/>
              <w:jc w:val="center"/>
              <w:rPr>
                <w:i/>
                <w:color w:val="595959"/>
              </w:rPr>
            </w:pPr>
            <w:r w:rsidRPr="00151B78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4A014228" wp14:editId="2D53C376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1B78" w:rsidRPr="00151B78" w:rsidRDefault="00151B78" w:rsidP="00151B78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151B78" w:rsidRPr="00151B78" w:rsidRDefault="00151B78" w:rsidP="00151B78">
            <w:pPr>
              <w:keepNext/>
            </w:pPr>
            <w:proofErr w:type="spellStart"/>
            <w:r w:rsidRPr="00151B78">
              <w:rPr>
                <w:b/>
              </w:rPr>
              <w:t>Județul</w:t>
            </w:r>
            <w:proofErr w:type="spellEnd"/>
            <w:r w:rsidRPr="00151B78">
              <w:rPr>
                <w:b/>
              </w:rPr>
              <w:t xml:space="preserve">   </w:t>
            </w:r>
            <w:proofErr w:type="spellStart"/>
            <w:r w:rsidRPr="00151B78">
              <w:rPr>
                <w:b/>
              </w:rPr>
              <w:t>Botoșani</w:t>
            </w:r>
            <w:proofErr w:type="spellEnd"/>
          </w:p>
          <w:p w:rsidR="00151B78" w:rsidRPr="00151B78" w:rsidRDefault="00151B78" w:rsidP="00151B78">
            <w:pPr>
              <w:keepNext/>
            </w:pPr>
          </w:p>
        </w:tc>
      </w:tr>
      <w:tr w:rsidR="00151B78" w:rsidRPr="00151B78" w:rsidTr="006E2A37">
        <w:trPr>
          <w:cantSplit/>
          <w:trHeight w:val="510"/>
        </w:trPr>
        <w:tc>
          <w:tcPr>
            <w:tcW w:w="1606" w:type="dxa"/>
            <w:vMerge/>
          </w:tcPr>
          <w:p w:rsidR="00151B78" w:rsidRPr="00151B78" w:rsidRDefault="00151B78" w:rsidP="00151B78"/>
        </w:tc>
        <w:tc>
          <w:tcPr>
            <w:tcW w:w="8030" w:type="dxa"/>
            <w:gridSpan w:val="3"/>
            <w:shd w:val="clear" w:color="auto" w:fill="F0F0F0"/>
          </w:tcPr>
          <w:p w:rsidR="00151B78" w:rsidRPr="00151B78" w:rsidRDefault="00151B78" w:rsidP="00151B78">
            <w:pPr>
              <w:keepNext/>
            </w:pPr>
            <w:proofErr w:type="spellStart"/>
            <w:r w:rsidRPr="00151B78">
              <w:rPr>
                <w:b/>
              </w:rPr>
              <w:t>Primăria</w:t>
            </w:r>
            <w:proofErr w:type="spellEnd"/>
            <w:r w:rsidRPr="00151B78">
              <w:rPr>
                <w:b/>
              </w:rPr>
              <w:t xml:space="preserve"> </w:t>
            </w:r>
            <w:proofErr w:type="spellStart"/>
            <w:r w:rsidRPr="00151B78">
              <w:rPr>
                <w:b/>
              </w:rPr>
              <w:t>Manoleasa</w:t>
            </w:r>
            <w:proofErr w:type="spellEnd"/>
          </w:p>
          <w:p w:rsidR="00151B78" w:rsidRPr="00151B78" w:rsidRDefault="00151B78" w:rsidP="00151B78">
            <w:pPr>
              <w:keepNext/>
            </w:pPr>
          </w:p>
        </w:tc>
      </w:tr>
      <w:tr w:rsidR="00151B78" w:rsidRPr="00151B78" w:rsidTr="006E2A37">
        <w:trPr>
          <w:cantSplit/>
          <w:trHeight w:val="510"/>
        </w:trPr>
        <w:tc>
          <w:tcPr>
            <w:tcW w:w="1606" w:type="dxa"/>
            <w:vMerge/>
          </w:tcPr>
          <w:p w:rsidR="00151B78" w:rsidRPr="00151B78" w:rsidRDefault="00151B78" w:rsidP="00151B78"/>
        </w:tc>
        <w:tc>
          <w:tcPr>
            <w:tcW w:w="2409" w:type="dxa"/>
            <w:shd w:val="clear" w:color="auto" w:fill="F0F0F0"/>
          </w:tcPr>
          <w:p w:rsidR="00151B78" w:rsidRPr="00151B78" w:rsidRDefault="00151B78" w:rsidP="00151B78">
            <w:pPr>
              <w:keepNext/>
              <w:rPr>
                <w:lang w:val="fr-FR"/>
              </w:rPr>
            </w:pPr>
            <w:r w:rsidRPr="00151B78">
              <w:rPr>
                <w:b/>
                <w:lang w:val="fr-FR"/>
              </w:rPr>
              <w:t xml:space="preserve">Cod </w:t>
            </w:r>
            <w:proofErr w:type="gramStart"/>
            <w:r w:rsidRPr="00151B78">
              <w:rPr>
                <w:b/>
                <w:lang w:val="fr-FR"/>
              </w:rPr>
              <w:t xml:space="preserve">de </w:t>
            </w:r>
            <w:proofErr w:type="spellStart"/>
            <w:r w:rsidRPr="00151B78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151B78">
              <w:rPr>
                <w:b/>
                <w:lang w:val="fr-FR"/>
              </w:rPr>
              <w:t xml:space="preserve"> </w:t>
            </w:r>
            <w:proofErr w:type="spellStart"/>
            <w:r w:rsidRPr="00151B78">
              <w:rPr>
                <w:b/>
                <w:lang w:val="fr-FR"/>
              </w:rPr>
              <w:t>fiscală</w:t>
            </w:r>
            <w:proofErr w:type="spellEnd"/>
            <w:r w:rsidRPr="00151B78">
              <w:rPr>
                <w:b/>
                <w:lang w:val="fr-FR"/>
              </w:rPr>
              <w:t xml:space="preserve"> (CIF)</w:t>
            </w:r>
          </w:p>
          <w:p w:rsidR="00151B78" w:rsidRPr="00151B78" w:rsidRDefault="00151B78" w:rsidP="00151B78">
            <w:pPr>
              <w:keepNext/>
              <w:rPr>
                <w:lang w:val="fr-FR"/>
              </w:rPr>
            </w:pPr>
            <w:r w:rsidRPr="00151B78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151B78" w:rsidRPr="00151B78" w:rsidRDefault="00151B78" w:rsidP="00151B78">
            <w:pPr>
              <w:keepNext/>
              <w:rPr>
                <w:b/>
                <w:lang w:val="pt-PT"/>
              </w:rPr>
            </w:pPr>
            <w:r w:rsidRPr="00151B78">
              <w:rPr>
                <w:b/>
                <w:lang w:val="pt-PT"/>
              </w:rPr>
              <w:t>Adresa: Strada Principal</w:t>
            </w:r>
            <w:r w:rsidRPr="00151B78">
              <w:rPr>
                <w:b/>
                <w:lang w:val="ro-RO"/>
              </w:rPr>
              <w:t>ă</w:t>
            </w:r>
            <w:r w:rsidRPr="00151B78">
              <w:rPr>
                <w:b/>
                <w:lang w:val="pt-PT"/>
              </w:rPr>
              <w:t>, Nr. 37, Cod poștal 717230</w:t>
            </w:r>
          </w:p>
          <w:p w:rsidR="00151B78" w:rsidRPr="00151B78" w:rsidRDefault="00151B78" w:rsidP="00151B78">
            <w:pPr>
              <w:keepNext/>
              <w:rPr>
                <w:b/>
                <w:lang w:val="it-IT"/>
              </w:rPr>
            </w:pPr>
            <w:r w:rsidRPr="00151B78">
              <w:rPr>
                <w:b/>
                <w:lang w:val="it-IT"/>
              </w:rPr>
              <w:t xml:space="preserve">Telefon: </w:t>
            </w:r>
            <w:r w:rsidRPr="00151B78">
              <w:rPr>
                <w:rFonts w:cs="Times New Roman"/>
                <w:b/>
                <w:lang w:eastAsia="ro-RO"/>
              </w:rPr>
              <w:t xml:space="preserve">0231-560101 / </w:t>
            </w:r>
            <w:r w:rsidRPr="00151B78">
              <w:rPr>
                <w:b/>
                <w:lang w:val="it-IT"/>
              </w:rPr>
              <w:t xml:space="preserve"> </w:t>
            </w:r>
            <w:r w:rsidRPr="00151B78">
              <w:rPr>
                <w:rFonts w:cs="Times New Roman"/>
                <w:b/>
                <w:lang w:eastAsia="ro-RO"/>
              </w:rPr>
              <w:t>0231-560222</w:t>
            </w:r>
          </w:p>
          <w:p w:rsidR="00151B78" w:rsidRPr="00151B78" w:rsidRDefault="00151B78" w:rsidP="00151B78">
            <w:pPr>
              <w:keepNext/>
              <w:rPr>
                <w:b/>
                <w:lang w:val="it-IT"/>
              </w:rPr>
            </w:pPr>
            <w:r w:rsidRPr="00151B78">
              <w:rPr>
                <w:b/>
                <w:lang w:val="it-IT"/>
              </w:rPr>
              <w:t xml:space="preserve">E-mail: </w:t>
            </w:r>
            <w:r w:rsidRPr="00151B78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151B78">
                <w:rPr>
                  <w:rFonts w:cs="Times New Roman"/>
                  <w:b/>
                </w:rPr>
                <w:t>primaria_manoleasa@yahoo.com</w:t>
              </w:r>
            </w:hyperlink>
          </w:p>
          <w:p w:rsidR="00151B78" w:rsidRPr="00151B78" w:rsidRDefault="00151B78" w:rsidP="00151B78">
            <w:pPr>
              <w:keepNext/>
              <w:rPr>
                <w:b/>
              </w:rPr>
            </w:pPr>
            <w:r w:rsidRPr="00151B78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151B78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151B78" w:rsidRPr="00151B78" w:rsidTr="006E2A37">
        <w:trPr>
          <w:cantSplit/>
          <w:trHeight w:val="510"/>
        </w:trPr>
        <w:tc>
          <w:tcPr>
            <w:tcW w:w="1606" w:type="dxa"/>
            <w:vMerge/>
          </w:tcPr>
          <w:p w:rsidR="00151B78" w:rsidRPr="00151B78" w:rsidRDefault="00151B78" w:rsidP="00151B78"/>
        </w:tc>
        <w:tc>
          <w:tcPr>
            <w:tcW w:w="4818" w:type="dxa"/>
            <w:gridSpan w:val="2"/>
            <w:shd w:val="clear" w:color="auto" w:fill="F0F0F0"/>
          </w:tcPr>
          <w:p w:rsidR="00151B78" w:rsidRPr="00151B78" w:rsidRDefault="00151B78" w:rsidP="00151B78">
            <w:pPr>
              <w:keepNext/>
            </w:pPr>
            <w:proofErr w:type="spellStart"/>
            <w:r w:rsidRPr="00151B78">
              <w:rPr>
                <w:b/>
              </w:rPr>
              <w:t>Număr</w:t>
            </w:r>
            <w:proofErr w:type="spellEnd"/>
            <w:r w:rsidRPr="00151B78">
              <w:rPr>
                <w:b/>
              </w:rPr>
              <w:t xml:space="preserve"> de </w:t>
            </w:r>
            <w:proofErr w:type="spellStart"/>
            <w:r w:rsidRPr="00151B78">
              <w:rPr>
                <w:b/>
              </w:rPr>
              <w:t>înregistrare</w:t>
            </w:r>
            <w:proofErr w:type="spellEnd"/>
          </w:p>
          <w:p w:rsidR="00151B78" w:rsidRPr="00151B78" w:rsidRDefault="00151B78" w:rsidP="00151B78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51B78" w:rsidRPr="00151B78" w:rsidRDefault="00151B78" w:rsidP="00151B78">
            <w:pPr>
              <w:keepNext/>
            </w:pPr>
            <w:r w:rsidRPr="00151B78">
              <w:rPr>
                <w:b/>
              </w:rPr>
              <w:t>Data</w:t>
            </w:r>
          </w:p>
          <w:p w:rsidR="00151B78" w:rsidRPr="00151B78" w:rsidRDefault="00151B78" w:rsidP="00151B78">
            <w:pPr>
              <w:keepNext/>
            </w:pPr>
          </w:p>
        </w:tc>
      </w:tr>
    </w:tbl>
    <w:p w:rsidR="00377113" w:rsidRPr="00004412" w:rsidRDefault="00115D53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004412">
        <w:rPr>
          <w:b/>
          <w:sz w:val="28"/>
          <w:szCs w:val="28"/>
        </w:rPr>
        <w:t>CERERE</w:t>
      </w:r>
    </w:p>
    <w:p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115D5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>
        <w:trPr>
          <w:cantSplit/>
          <w:trHeight w:val="510"/>
        </w:trPr>
        <w:tc>
          <w:tcPr>
            <w:tcW w:w="9636" w:type="dxa"/>
          </w:tcPr>
          <w:p w:rsidR="00377113" w:rsidRPr="00343BBA" w:rsidRDefault="00115D53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377113" w:rsidRPr="00343BBA" w:rsidRDefault="0066675C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i/>
                <w:color w:val="7A7A7A"/>
                <w:lang w:val="fr-FR"/>
              </w:rPr>
              <w:t>P</w:t>
            </w:r>
            <w:r w:rsidR="00115D53" w:rsidRPr="00343BBA">
              <w:rPr>
                <w:i/>
                <w:color w:val="7A7A7A"/>
                <w:lang w:val="fr-FR"/>
              </w:rPr>
              <w:t>rimăria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>
        <w:trPr>
          <w:cantSplit/>
        </w:trPr>
        <w:tc>
          <w:tcPr>
            <w:tcW w:w="9636" w:type="dxa"/>
            <w:shd w:val="clear" w:color="auto" w:fill="F4F4F4"/>
          </w:tcPr>
          <w:p w:rsidR="00377113" w:rsidRPr="00343BBA" w:rsidRDefault="00115D53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="0066675C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115D53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5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115D5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115D53">
            <w:pPr>
              <w:keepNext/>
            </w:pP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115D5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>
        <w:trPr>
          <w:cantSplit/>
          <w:trHeight w:val="510"/>
        </w:trPr>
        <w:tc>
          <w:tcPr>
            <w:tcW w:w="4015" w:type="dxa"/>
            <w:gridSpan w:val="3"/>
          </w:tcPr>
          <w:p w:rsidR="00377113" w:rsidRDefault="00115D53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377113" w:rsidRDefault="00377113"/>
        </w:tc>
        <w:tc>
          <w:tcPr>
            <w:tcW w:w="5621" w:type="dxa"/>
            <w:gridSpan w:val="5"/>
          </w:tcPr>
          <w:p w:rsidR="00377113" w:rsidRDefault="00115D53">
            <w:r>
              <w:rPr>
                <w:b/>
                <w:color w:val="0D5F78"/>
              </w:rPr>
              <w:t>E-mail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p w:rsidR="00377113" w:rsidRDefault="00115D53">
      <w:pPr>
        <w:spacing w:before="80" w:after="60"/>
        <w:jc w:val="center"/>
      </w:pPr>
      <w:proofErr w:type="spellStart"/>
      <w:proofErr w:type="gramStart"/>
      <w:r>
        <w:rPr>
          <w:sz w:val="18"/>
        </w:rPr>
        <w:t>în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</w:t>
      </w:r>
      <w:proofErr w:type="gramStart"/>
      <w:r>
        <w:rPr>
          <w:sz w:val="18"/>
        </w:rPr>
        <w:t>din</w:t>
      </w:r>
      <w:proofErr w:type="gramEnd"/>
      <w:r w:rsidR="0066675C">
        <w:rPr>
          <w:sz w:val="18"/>
        </w:rPr>
        <w:t xml:space="preserve">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 w:rsidR="0066675C"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 w:rsidR="0066675C"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 w:rsidR="0066675C"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 w:rsidR="0066675C"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 w:rsidR="0066675C"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004412" w:rsidRDefault="00115D53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="0066675C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="0066675C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</w:p>
    <w:p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 xml:space="preserve">CERTIFICATULUI </w:t>
      </w:r>
      <w:proofErr w:type="gramStart"/>
      <w:r w:rsidRPr="00004412">
        <w:rPr>
          <w:b/>
          <w:color w:val="000000"/>
          <w:sz w:val="20"/>
          <w:szCs w:val="20"/>
          <w:lang w:val="fr-FR"/>
        </w:rPr>
        <w:t>DE URBANISM</w:t>
      </w:r>
      <w:proofErr w:type="gram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4818" w:type="dxa"/>
            <w:gridSpan w:val="3"/>
          </w:tcPr>
          <w:p w:rsidR="00377113" w:rsidRDefault="00115D53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 w:rsidR="0066675C"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:rsidR="00377113" w:rsidRDefault="00377113"/>
        </w:tc>
        <w:tc>
          <w:tcPr>
            <w:tcW w:w="4818" w:type="dxa"/>
          </w:tcPr>
          <w:p w:rsidR="00377113" w:rsidRDefault="00115D53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377113" w:rsidRDefault="00115D5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>
        <w:trPr>
          <w:cantSplit/>
        </w:trPr>
        <w:tc>
          <w:tcPr>
            <w:tcW w:w="9636" w:type="dxa"/>
            <w:gridSpan w:val="6"/>
          </w:tcPr>
          <w:p w:rsidR="00377113" w:rsidRDefault="00115D5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:rsidR="00377113" w:rsidRDefault="00115D53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3"/>
          </w:tcPr>
          <w:p w:rsidR="00377113" w:rsidRPr="00343BBA" w:rsidRDefault="00115D53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:rsidR="00377113" w:rsidRPr="00343BBA" w:rsidRDefault="0066675C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i/>
                <w:color w:val="7A7A7A"/>
                <w:lang w:val="fr-FR"/>
              </w:rPr>
              <w:t>D</w:t>
            </w:r>
            <w:r w:rsidR="00115D53" w:rsidRPr="00343BBA">
              <w:rPr>
                <w:i/>
                <w:color w:val="7A7A7A"/>
                <w:lang w:val="fr-FR"/>
              </w:rPr>
              <w:t>acă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115D53"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="00115D53"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377113" w:rsidRDefault="00115D5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377113" w:rsidRDefault="00377113">
            <w:pPr>
              <w:keepNext/>
            </w:pPr>
          </w:p>
        </w:tc>
      </w:tr>
    </w:tbl>
    <w:p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115D5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>
        <w:trPr>
          <w:cantSplit/>
        </w:trPr>
        <w:tc>
          <w:tcPr>
            <w:tcW w:w="9636" w:type="dxa"/>
          </w:tcPr>
          <w:p w:rsidR="00377113" w:rsidRPr="00343BBA" w:rsidRDefault="00115D53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proofErr w:type="gram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original)    </w:t>
            </w:r>
            <w:proofErr w:type="gramEnd"/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="0066675C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="0066675C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="0066675C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377113" w:rsidRDefault="00115D53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115D53">
            <w:r>
              <w:rPr>
                <w:b/>
                <w:color w:val="0D5F78"/>
              </w:rPr>
              <w:t>Data</w:t>
            </w:r>
          </w:p>
          <w:p w:rsidR="00377113" w:rsidRDefault="00377113"/>
        </w:tc>
        <w:tc>
          <w:tcPr>
            <w:tcW w:w="4818" w:type="dxa"/>
          </w:tcPr>
          <w:p w:rsidR="00377113" w:rsidRDefault="00115D53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377113" w:rsidRDefault="00377113"/>
        </w:tc>
        <w:tc>
          <w:tcPr>
            <w:tcW w:w="3212" w:type="dxa"/>
          </w:tcPr>
          <w:p w:rsidR="00377113" w:rsidRDefault="00115D5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377113" w:rsidRDefault="00377113"/>
        </w:tc>
      </w:tr>
    </w:tbl>
    <w:p w:rsidR="00377113" w:rsidRDefault="00377113">
      <w:pPr>
        <w:spacing w:line="168" w:lineRule="auto"/>
      </w:pPr>
    </w:p>
    <w:sectPr w:rsidR="0037711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236" w:rsidRDefault="00200236">
      <w:r>
        <w:separator/>
      </w:r>
    </w:p>
  </w:endnote>
  <w:endnote w:type="continuationSeparator" w:id="0">
    <w:p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13" w:rsidRDefault="00115D53">
    <w:pPr>
      <w:pStyle w:val="Subsol"/>
      <w:tabs>
        <w:tab w:val="right" w:pos="9639"/>
      </w:tabs>
    </w:pPr>
    <w:r>
      <w:rPr>
        <w:color w:val="595959"/>
      </w:rPr>
      <w:t>F_CU_03 · versiunea1.0</w:t>
    </w:r>
    <w:r>
      <w:rPr>
        <w:color w:val="595959"/>
      </w:rPr>
      <w:tab/>
      <w:t>pagina</w:t>
    </w:r>
    <w:r w:rsidR="00E10C47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10C47">
      <w:rPr>
        <w:color w:val="595959"/>
      </w:rPr>
      <w:fldChar w:fldCharType="separate"/>
    </w:r>
    <w:r w:rsidR="003E6E40">
      <w:rPr>
        <w:noProof/>
        <w:color w:val="595959"/>
      </w:rPr>
      <w:t>1</w:t>
    </w:r>
    <w:r w:rsidR="00E10C47">
      <w:rPr>
        <w:color w:val="595959"/>
      </w:rPr>
      <w:fldChar w:fldCharType="end"/>
    </w:r>
    <w:r>
      <w:rPr>
        <w:color w:val="595959"/>
      </w:rPr>
      <w:t xml:space="preserve"> din </w:t>
    </w:r>
    <w:r w:rsidR="00E10C47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10C47">
      <w:rPr>
        <w:color w:val="595959"/>
      </w:rPr>
      <w:fldChar w:fldCharType="separate"/>
    </w:r>
    <w:r w:rsidR="003E6E40">
      <w:rPr>
        <w:noProof/>
        <w:color w:val="595959"/>
      </w:rPr>
      <w:t>1</w:t>
    </w:r>
    <w:r w:rsidR="00E10C47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236" w:rsidRDefault="00200236">
      <w:r>
        <w:separator/>
      </w:r>
    </w:p>
  </w:footnote>
  <w:footnote w:type="continuationSeparator" w:id="0">
    <w:p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04412"/>
    <w:rsid w:val="00034616"/>
    <w:rsid w:val="0006063C"/>
    <w:rsid w:val="00115D53"/>
    <w:rsid w:val="0015074B"/>
    <w:rsid w:val="00151B78"/>
    <w:rsid w:val="00200236"/>
    <w:rsid w:val="0029639D"/>
    <w:rsid w:val="00326F90"/>
    <w:rsid w:val="00343BBA"/>
    <w:rsid w:val="00377113"/>
    <w:rsid w:val="003E6E40"/>
    <w:rsid w:val="004908C9"/>
    <w:rsid w:val="0066675C"/>
    <w:rsid w:val="006C103E"/>
    <w:rsid w:val="0084474E"/>
    <w:rsid w:val="00AA1D8D"/>
    <w:rsid w:val="00B47730"/>
    <w:rsid w:val="00CB0664"/>
    <w:rsid w:val="00CD1171"/>
    <w:rsid w:val="00CD60E9"/>
    <w:rsid w:val="00CF0C38"/>
    <w:rsid w:val="00E10C4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9DF3A5-7678-42AC-9DF8-CC28E520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115D5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15D53"/>
    <w:rPr>
      <w:rFonts w:ascii="Tahoma" w:hAnsi="Tahoma" w:cs="Tahoma"/>
      <w:sz w:val="16"/>
      <w:szCs w:val="16"/>
    </w:rPr>
  </w:style>
  <w:style w:type="character" w:styleId="Hyperlink">
    <w:name w:val="Hyperlink"/>
    <w:rsid w:val="0084474E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4402A8-0FCD-4F6E-8C47-0459504A5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16</cp:revision>
  <dcterms:created xsi:type="dcterms:W3CDTF">2026-10-15T12:37:00Z</dcterms:created>
  <dcterms:modified xsi:type="dcterms:W3CDTF">2026-10-27T08:46:00Z</dcterms:modified>
</cp:coreProperties>
</file>